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1</w:t>
      </w:r>
    </w:p>
    <w:p>
      <w:pPr>
        <w:jc w:val="center"/>
      </w:pPr>
      <w:r>
        <w:rPr>
          <w:b/>
          <w:color w:val="C65911"/>
          <w:sz w:val="28"/>
        </w:rPr>
        <w:t>Patterns in Mathematics + Lines and Angles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Patterns in Mathematics; Lines and Angles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Write the next two terms: 2, 6, 12, 20, 30, __, __.</w:t>
      </w:r>
    </w:p>
    <w:p>
      <w:pPr>
        <w:spacing w:after="60"/>
      </w:pPr>
      <w:r>
        <w:rPr>
          <w:b/>
        </w:rPr>
        <w:t xml:space="preserve">2. </w:t>
      </w:r>
      <w:r>
        <w:t>Identify the pattern: 1,4,9,16,25,...</w:t>
      </w:r>
    </w:p>
    <w:p>
      <w:pPr>
        <w:spacing w:after="60"/>
      </w:pPr>
      <w:r>
        <w:rPr>
          <w:b/>
        </w:rPr>
        <w:t xml:space="preserve">3. </w:t>
      </w:r>
      <w:r>
        <w:t>Classify 135°.</w:t>
      </w:r>
    </w:p>
    <w:p>
      <w:pPr>
        <w:spacing w:after="60"/>
      </w:pPr>
      <w:r>
        <w:rPr>
          <w:b/>
        </w:rPr>
        <w:t xml:space="preserve">4. </w:t>
      </w:r>
      <w:r>
        <w:t>Find complement of 37°.</w:t>
      </w:r>
    </w:p>
    <w:p>
      <w:pPr>
        <w:spacing w:after="60"/>
      </w:pPr>
      <w:r>
        <w:rPr>
          <w:b/>
        </w:rPr>
        <w:t xml:space="preserve">5. </w:t>
      </w:r>
      <w:r>
        <w:t>How many endpoints does a ray have?</w:t>
      </w:r>
    </w:p>
    <w:p>
      <w:pPr>
        <w:spacing w:after="60"/>
      </w:pPr>
      <w:r>
        <w:rPr>
          <w:b/>
        </w:rPr>
        <w:t xml:space="preserve">6. </w:t>
      </w:r>
      <w:r>
        <w:t>Find the angle at 3:00 on a clock.</w:t>
      </w:r>
    </w:p>
    <w:p>
      <w:pPr>
        <w:spacing w:after="60"/>
      </w:pPr>
      <w:r>
        <w:rPr>
          <w:b/>
        </w:rPr>
        <w:t xml:space="preserve">7. </w:t>
      </w:r>
      <w:r>
        <w:t>Write next two terms: 3,8,15,24,35,...</w:t>
      </w:r>
    </w:p>
    <w:p>
      <w:pPr>
        <w:spacing w:after="60"/>
      </w:pPr>
      <w:r>
        <w:rPr>
          <w:b/>
        </w:rPr>
        <w:t xml:space="preserve">8. </w:t>
      </w:r>
      <w:r>
        <w:t>True/False: Two intersecting lines have exactly one common point.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Describe the rule for 5,9,13,17,... and find the 15th term.</w:t>
      </w:r>
    </w:p>
    <w:p>
      <w:pPr>
        <w:spacing w:after="60"/>
      </w:pPr>
      <w:r>
        <w:rPr>
          <w:b/>
        </w:rPr>
        <w:t xml:space="preserve">10. </w:t>
      </w:r>
      <w:r>
        <w:t>One angle of a linear pair is 68°. Find the other.</w:t>
      </w:r>
    </w:p>
    <w:p>
      <w:pPr>
        <w:spacing w:after="60"/>
      </w:pPr>
      <w:r>
        <w:rPr>
          <w:b/>
        </w:rPr>
        <w:t xml:space="preserve">11. </w:t>
      </w:r>
      <w:r>
        <w:t>Two lines intersect and one angle is 52°. Find the other three angles.</w:t>
      </w:r>
    </w:p>
    <w:p>
      <w:pPr>
        <w:spacing w:after="60"/>
      </w:pPr>
      <w:r>
        <w:rPr>
          <w:b/>
        </w:rPr>
        <w:t xml:space="preserve">12. </w:t>
      </w:r>
      <w:r>
        <w:t>Draw and label an acute angle and an obtuse angle.</w:t>
      </w:r>
    </w:p>
    <w:p>
      <w:pPr>
        <w:spacing w:after="60"/>
      </w:pPr>
      <w:r>
        <w:rPr>
          <w:b/>
        </w:rPr>
        <w:t xml:space="preserve">13. </w:t>
      </w:r>
      <w:r>
        <w:t>A pattern has 4 dots in figure 1, 7 in figure 2, 10 in figure 3. Find figure 12.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clock shows 2:00. Find the smaller angle between hands.</w:t>
      </w:r>
    </w:p>
    <w:p>
      <w:pPr>
        <w:spacing w:after="60"/>
      </w:pPr>
      <w:r>
        <w:rPr>
          <w:b/>
        </w:rPr>
        <w:t xml:space="preserve">15. </w:t>
      </w:r>
      <w:r>
        <w:t>Four angles around a point are 75°,95°,110° and x°. Find x.</w:t>
      </w:r>
    </w:p>
    <w:p>
      <w:pPr>
        <w:spacing w:after="60"/>
      </w:pPr>
      <w:r>
        <w:rPr>
          <w:b/>
        </w:rPr>
        <w:t xml:space="preserve">16. </w:t>
      </w:r>
      <w:r>
        <w:t>Explain why the length of arms does not change the measure of an angle.</w:t>
      </w:r>
    </w:p>
    <w:p>
      <w:pPr>
        <w:spacing w:after="60"/>
      </w:pPr>
      <w:r>
        <w:rPr>
          <w:b/>
        </w:rPr>
        <w:t xml:space="preserve">17. </w:t>
      </w:r>
      <w:r>
        <w:t>A seating pattern has 3,5,8,13,... seats. Find next four terms.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robot turns 90° clockwise, 45° anticlockwise, then 90° clockwise. Find net turn and describe direction from north.</w:t>
      </w:r>
    </w:p>
    <w:p>
      <w:pPr>
        <w:spacing w:after="60"/>
      </w:pPr>
      <w:r>
        <w:rPr>
          <w:b/>
        </w:rPr>
        <w:t xml:space="preserve">19. </w:t>
      </w:r>
      <w:r>
        <w:t>A pattern grows by consecutive odd numbers starting at 1. Generate first six square numbers and explain.</w:t>
      </w:r>
    </w:p>
    <w:p>
      <w:pPr>
        <w:spacing w:after="60"/>
      </w:pPr>
      <w:r>
        <w:rPr>
          <w:b/>
        </w:rPr>
        <w:t xml:space="preserve">20. </w:t>
      </w:r>
      <w:r>
        <w:t>Challenge: Two supplementary angles are in ratio 2:3. Find them.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2</w:t>
      </w:r>
    </w:p>
    <w:p>
      <w:pPr>
        <w:jc w:val="center"/>
      </w:pPr>
      <w:r>
        <w:rPr>
          <w:b/>
          <w:color w:val="C65911"/>
          <w:sz w:val="28"/>
        </w:rPr>
        <w:t>Number Play + Data Handling and Presentation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Number Play; Data Handling and Presentation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Write all factors of 36.</w:t>
      </w:r>
    </w:p>
    <w:p>
      <w:pPr>
        <w:spacing w:after="60"/>
      </w:pPr>
      <w:r>
        <w:rPr>
          <w:b/>
        </w:rPr>
        <w:t xml:space="preserve">2. </w:t>
      </w:r>
      <w:r>
        <w:t>Is 7,452 divisible by 3?</w:t>
      </w:r>
    </w:p>
    <w:p>
      <w:pPr>
        <w:spacing w:after="60"/>
      </w:pPr>
      <w:r>
        <w:rPr>
          <w:b/>
        </w:rPr>
        <w:t xml:space="preserve">3. </w:t>
      </w:r>
      <w:r>
        <w:t>Find smallest multiple of 9 greater than 100.</w:t>
      </w:r>
    </w:p>
    <w:p>
      <w:pPr>
        <w:spacing w:after="60"/>
      </w:pPr>
      <w:r>
        <w:rPr>
          <w:b/>
        </w:rPr>
        <w:t xml:space="preserve">4. </w:t>
      </w:r>
      <w:r>
        <w:t>State whether 1 is prime, composite or neither.</w:t>
      </w:r>
    </w:p>
    <w:p>
      <w:pPr>
        <w:spacing w:after="60"/>
      </w:pPr>
      <w:r>
        <w:rPr>
          <w:b/>
        </w:rPr>
        <w:t xml:space="preserve">5. </w:t>
      </w:r>
      <w:r>
        <w:t>Find mode of 4,6,7,6,8,6,9.</w:t>
      </w:r>
    </w:p>
    <w:p>
      <w:pPr>
        <w:spacing w:after="60"/>
      </w:pPr>
      <w:r>
        <w:rPr>
          <w:b/>
        </w:rPr>
        <w:t xml:space="preserve">6. </w:t>
      </w:r>
      <w:r>
        <w:t>Find range of 12,15,10,18,15.</w:t>
      </w:r>
    </w:p>
    <w:p>
      <w:pPr>
        <w:spacing w:after="60"/>
      </w:pPr>
      <w:r>
        <w:rPr>
          <w:b/>
        </w:rPr>
        <w:t xml:space="preserve">7. </w:t>
      </w:r>
      <w:r>
        <w:t>Write first three common multiples of 4 and 6.</w:t>
      </w:r>
    </w:p>
    <w:p>
      <w:pPr>
        <w:spacing w:after="60"/>
      </w:pPr>
      <w:r>
        <w:rPr>
          <w:b/>
        </w:rPr>
        <w:t xml:space="preserve">8. </w:t>
      </w:r>
      <w:r>
        <w:t>Which is prime: 39,41,51,57?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prime numbers between 30 and 50.</w:t>
      </w:r>
    </w:p>
    <w:p>
      <w:pPr>
        <w:spacing w:after="60"/>
      </w:pPr>
      <w:r>
        <w:rPr>
          <w:b/>
        </w:rPr>
        <w:t xml:space="preserve">10. </w:t>
      </w:r>
      <w:r>
        <w:t>Write 84 as product of prime factors.</w:t>
      </w:r>
    </w:p>
    <w:p>
      <w:pPr>
        <w:spacing w:after="60"/>
      </w:pPr>
      <w:r>
        <w:rPr>
          <w:b/>
        </w:rPr>
        <w:t xml:space="preserve">11. </w:t>
      </w:r>
      <w:r>
        <w:t>A pictograph uses 1 symbol=5 students. What do 9 symbols represent?</w:t>
      </w:r>
    </w:p>
    <w:p>
      <w:pPr>
        <w:spacing w:after="60"/>
      </w:pPr>
      <w:r>
        <w:rPr>
          <w:b/>
        </w:rPr>
        <w:t xml:space="preserve">12. </w:t>
      </w:r>
      <w:r>
        <w:t>Find HCF of 72 and 108.</w:t>
      </w:r>
    </w:p>
    <w:p>
      <w:pPr>
        <w:spacing w:after="60"/>
      </w:pPr>
      <w:r>
        <w:rPr>
          <w:b/>
        </w:rPr>
        <w:t xml:space="preserve">13. </w:t>
      </w:r>
      <w:r>
        <w:t>A survey has Mango 12, Apple 8, Banana 10, Orange 5. Find total and most popular.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Find LCM of 6,8,12.</w:t>
      </w:r>
    </w:p>
    <w:p>
      <w:pPr>
        <w:spacing w:after="60"/>
      </w:pPr>
      <w:r>
        <w:rPr>
          <w:b/>
        </w:rPr>
        <w:t xml:space="preserve">15. </w:t>
      </w:r>
      <w:r>
        <w:t>Create a frequency table for 2,3,2,4,5,3,2,5,4,2.</w:t>
      </w:r>
    </w:p>
    <w:p>
      <w:pPr>
        <w:spacing w:after="60"/>
      </w:pPr>
      <w:r>
        <w:rPr>
          <w:b/>
        </w:rPr>
        <w:t xml:space="preserve">16. </w:t>
      </w:r>
      <w:r>
        <w:t>Explain why every multiple of 6 is divisible by both 2 and 3.</w:t>
      </w:r>
    </w:p>
    <w:p>
      <w:pPr>
        <w:spacing w:after="60"/>
      </w:pPr>
      <w:r>
        <w:rPr>
          <w:b/>
        </w:rPr>
        <w:t xml:space="preserve">17. </w:t>
      </w:r>
      <w:r>
        <w:t>A bar graph has sales 12,18,15,25 over four days. Find total, mean and range.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144 red,180 blue,216 yellow badges are packed into maximum identical sets. Find number of sets and each colour per set.</w:t>
      </w:r>
    </w:p>
    <w:p>
      <w:pPr>
        <w:spacing w:after="60"/>
      </w:pPr>
      <w:r>
        <w:rPr>
          <w:b/>
        </w:rPr>
        <w:t xml:space="preserve">19. </w:t>
      </w:r>
      <w:r>
        <w:t>A number is divisible by 2,3 and 5 and lies between 100 and 150. List all possibilities.</w:t>
      </w:r>
    </w:p>
    <w:p>
      <w:pPr>
        <w:spacing w:after="60"/>
      </w:pPr>
      <w:r>
        <w:rPr>
          <w:b/>
        </w:rPr>
        <w:t xml:space="preserve">20. </w:t>
      </w:r>
      <w:r>
        <w:t>Challenge: Three consecutive multiples of 7 sum to 126. Find them.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3</w:t>
      </w:r>
    </w:p>
    <w:p>
      <w:pPr>
        <w:jc w:val="center"/>
      </w:pPr>
      <w:r>
        <w:rPr>
          <w:b/>
          <w:color w:val="C65911"/>
          <w:sz w:val="28"/>
        </w:rPr>
        <w:t>Prime Time + Perimeter and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Prime Time; Perimeter and Area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prime factorisation of 90.</w:t>
      </w:r>
    </w:p>
    <w:p>
      <w:pPr>
        <w:spacing w:after="60"/>
      </w:pPr>
      <w:r>
        <w:rPr>
          <w:b/>
        </w:rPr>
        <w:t xml:space="preserve">2. </w:t>
      </w:r>
      <w:r>
        <w:t>Find HCF of 48 and 60.</w:t>
      </w:r>
    </w:p>
    <w:p>
      <w:pPr>
        <w:spacing w:after="60"/>
      </w:pPr>
      <w:r>
        <w:rPr>
          <w:b/>
        </w:rPr>
        <w:t xml:space="preserve">3. </w:t>
      </w:r>
      <w:r>
        <w:t>Find LCM of 8 and 12.</w:t>
      </w:r>
    </w:p>
    <w:p>
      <w:pPr>
        <w:spacing w:after="60"/>
      </w:pPr>
      <w:r>
        <w:rPr>
          <w:b/>
        </w:rPr>
        <w:t xml:space="preserve">4. </w:t>
      </w:r>
      <w:r>
        <w:t>Is 97 prime? Justify.</w:t>
      </w:r>
    </w:p>
    <w:p>
      <w:pPr>
        <w:spacing w:after="60"/>
      </w:pPr>
      <w:r>
        <w:rPr>
          <w:b/>
        </w:rPr>
        <w:t xml:space="preserve">5. </w:t>
      </w:r>
      <w:r>
        <w:t>Find perimeter of rectangle 13 cm by 8 cm.</w:t>
      </w:r>
    </w:p>
    <w:p>
      <w:pPr>
        <w:spacing w:after="60"/>
      </w:pPr>
      <w:r>
        <w:rPr>
          <w:b/>
        </w:rPr>
        <w:t xml:space="preserve">6. </w:t>
      </w:r>
      <w:r>
        <w:t>Find area of square side 12 cm.</w:t>
      </w:r>
    </w:p>
    <w:p>
      <w:pPr>
        <w:spacing w:after="60"/>
      </w:pPr>
      <w:r>
        <w:rPr>
          <w:b/>
        </w:rPr>
        <w:t xml:space="preserve">7. </w:t>
      </w:r>
      <w:r>
        <w:t>Find side of square perimeter 44 cm.</w:t>
      </w:r>
    </w:p>
    <w:p>
      <w:pPr>
        <w:spacing w:after="60"/>
      </w:pPr>
      <w:r>
        <w:rPr>
          <w:b/>
        </w:rPr>
        <w:t xml:space="preserve">8. </w:t>
      </w:r>
      <w:r>
        <w:t>Find area of rectangle 18 cm by 7 cm.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Two bells ring every 8 and 12 minutes. If together at 9:00, when next together?</w:t>
      </w:r>
    </w:p>
    <w:p>
      <w:pPr>
        <w:spacing w:after="60"/>
      </w:pPr>
      <w:r>
        <w:rPr>
          <w:b/>
        </w:rPr>
        <w:t xml:space="preserve">10. </w:t>
      </w:r>
      <w:r>
        <w:t>Find least number divisible by 6,8,9.</w:t>
      </w:r>
    </w:p>
    <w:p>
      <w:pPr>
        <w:spacing w:after="60"/>
      </w:pPr>
      <w:r>
        <w:rPr>
          <w:b/>
        </w:rPr>
        <w:t xml:space="preserve">11. </w:t>
      </w:r>
      <w:r>
        <w:t>A wire 64 cm long forms a square. Find side and area.</w:t>
      </w:r>
    </w:p>
    <w:p>
      <w:pPr>
        <w:spacing w:after="60"/>
      </w:pPr>
      <w:r>
        <w:rPr>
          <w:b/>
        </w:rPr>
        <w:t xml:space="preserve">12. </w:t>
      </w:r>
      <w:r>
        <w:t>A rectangle has area 432 m² and breadth 16 m. Find length and perimeter.</w:t>
      </w:r>
    </w:p>
    <w:p>
      <w:pPr>
        <w:spacing w:after="60"/>
      </w:pPr>
      <w:r>
        <w:rPr>
          <w:b/>
        </w:rPr>
        <w:t xml:space="preserve">13. </w:t>
      </w:r>
      <w:r>
        <w:t>Find greatest number dividing 144 and 180 exactly.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square garden side 18 m: find perimeter and area.</w:t>
      </w:r>
    </w:p>
    <w:p>
      <w:pPr>
        <w:spacing w:after="60"/>
      </w:pPr>
      <w:r>
        <w:rPr>
          <w:b/>
        </w:rPr>
        <w:t xml:space="preserve">15. </w:t>
      </w:r>
      <w:r>
        <w:t>A 25 m ×18 m playground has a 1 m inside boundary path. Find inner rectangle area.</w:t>
      </w:r>
    </w:p>
    <w:p>
      <w:pPr>
        <w:spacing w:after="60"/>
      </w:pPr>
      <w:r>
        <w:rPr>
          <w:b/>
        </w:rPr>
        <w:t xml:space="preserve">16. </w:t>
      </w:r>
      <w:r>
        <w:t>Compare areas of a square side 12 cm and rectangle 16 cm ×9 cm.</w:t>
      </w:r>
    </w:p>
    <w:p>
      <w:pPr>
        <w:spacing w:after="60"/>
      </w:pPr>
      <w:r>
        <w:rPr>
          <w:b/>
        </w:rPr>
        <w:t xml:space="preserve">17. </w:t>
      </w:r>
      <w:r>
        <w:t>A rectangular field perimeter is 86 m and length 25 m. Find breadth and area.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Three bells ring every 6,8,12 minutes. If together at 10:00, find next common ringing time.</w:t>
      </w:r>
    </w:p>
    <w:p>
      <w:pPr>
        <w:spacing w:after="60"/>
      </w:pPr>
      <w:r>
        <w:rPr>
          <w:b/>
        </w:rPr>
        <w:t xml:space="preserve">19. </w:t>
      </w:r>
      <w:r>
        <w:t>A school ground 40×25 m contains a square stage 8×8 and garden 12×5. Find unused area.</w:t>
      </w:r>
    </w:p>
    <w:p>
      <w:pPr>
        <w:spacing w:after="60"/>
      </w:pPr>
      <w:r>
        <w:rPr>
          <w:b/>
        </w:rPr>
        <w:t xml:space="preserve">20. </w:t>
      </w:r>
      <w:r>
        <w:t>Challenge: A square and rectangle have equal perimeter 48 cm; rectangle 16×8. Compare areas.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4</w:t>
      </w:r>
    </w:p>
    <w:p>
      <w:pPr>
        <w:jc w:val="center"/>
      </w:pPr>
      <w:r>
        <w:rPr>
          <w:b/>
          <w:color w:val="C65911"/>
          <w:sz w:val="28"/>
        </w:rPr>
        <w:t>Fractions + Playing with Constructions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Fractions; Playing with Constructions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Simplify 18/24.</w:t>
      </w:r>
    </w:p>
    <w:p>
      <w:pPr>
        <w:spacing w:after="60"/>
      </w:pPr>
      <w:r>
        <w:rPr>
          <w:b/>
        </w:rPr>
        <w:t xml:space="preserve">2. </w:t>
      </w:r>
      <w:r>
        <w:t>Which is greater: 5/8 or 3/4?</w:t>
      </w:r>
    </w:p>
    <w:p>
      <w:pPr>
        <w:spacing w:after="60"/>
      </w:pPr>
      <w:r>
        <w:rPr>
          <w:b/>
        </w:rPr>
        <w:t xml:space="preserve">3. </w:t>
      </w:r>
      <w:r>
        <w:t>Find 3/5 of 40.</w:t>
      </w:r>
    </w:p>
    <w:p>
      <w:pPr>
        <w:spacing w:after="60"/>
      </w:pPr>
      <w:r>
        <w:rPr>
          <w:b/>
        </w:rPr>
        <w:t xml:space="preserve">4. </w:t>
      </w:r>
      <w:r>
        <w:t>Convert 2 3/4 to improper fraction.</w:t>
      </w:r>
    </w:p>
    <w:p>
      <w:pPr>
        <w:spacing w:after="60"/>
      </w:pPr>
      <w:r>
        <w:rPr>
          <w:b/>
        </w:rPr>
        <w:t xml:space="preserve">5. </w:t>
      </w:r>
      <w:r>
        <w:t>Find 1-7/15.</w:t>
      </w:r>
    </w:p>
    <w:p>
      <w:pPr>
        <w:spacing w:after="60"/>
      </w:pPr>
      <w:r>
        <w:rPr>
          <w:b/>
        </w:rPr>
        <w:t xml:space="preserve">6. </w:t>
      </w:r>
      <w:r>
        <w:t>Add 2/3+1/6.</w:t>
      </w:r>
    </w:p>
    <w:p>
      <w:pPr>
        <w:spacing w:after="60"/>
      </w:pPr>
      <w:r>
        <w:rPr>
          <w:b/>
        </w:rPr>
        <w:t xml:space="preserve">7. </w:t>
      </w:r>
      <w:r>
        <w:t>Name the tool used to draw a circle accurately.</w:t>
      </w:r>
    </w:p>
    <w:p>
      <w:pPr>
        <w:spacing w:after="60"/>
      </w:pPr>
      <w:r>
        <w:rPr>
          <w:b/>
        </w:rPr>
        <w:t xml:space="preserve">8. </w:t>
      </w:r>
      <w:r>
        <w:t>What is a perpendicular bisector?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5/6-1/4.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 in tank.</w:t>
      </w:r>
    </w:p>
    <w:p>
      <w:pPr>
        <w:spacing w:after="60"/>
      </w:pPr>
      <w:r>
        <w:rPr>
          <w:b/>
        </w:rPr>
        <w:t xml:space="preserve">11. </w:t>
      </w:r>
      <w:r>
        <w:t>Describe how to draw a circle radius 4 cm.</w:t>
      </w:r>
    </w:p>
    <w:p>
      <w:pPr>
        <w:spacing w:after="60"/>
      </w:pPr>
      <w:r>
        <w:rPr>
          <w:b/>
        </w:rPr>
        <w:t xml:space="preserve">12. </w:t>
      </w:r>
      <w:r>
        <w:t>Describe construction of perpendicular bisector of a segment.</w:t>
      </w:r>
    </w:p>
    <w:p>
      <w:pPr>
        <w:spacing w:after="60"/>
      </w:pPr>
      <w:r>
        <w:rPr>
          <w:b/>
        </w:rPr>
        <w:t xml:space="preserve">13. </w:t>
      </w:r>
      <w:r>
        <w:t>Find 2 1/3 + 1 5/6.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ribbon 6 m is cut into pieces of 3/8 m. How many pieces?</w:t>
      </w:r>
    </w:p>
    <w:p>
      <w:pPr>
        <w:spacing w:after="60"/>
      </w:pPr>
      <w:r>
        <w:rPr>
          <w:b/>
        </w:rPr>
        <w:t xml:space="preserve">15. </w:t>
      </w:r>
      <w:r>
        <w:t>Explain how to copy a line segment using compass and ruler.</w:t>
      </w:r>
    </w:p>
    <w:p>
      <w:pPr>
        <w:spacing w:after="60"/>
      </w:pPr>
      <w:r>
        <w:rPr>
          <w:b/>
        </w:rPr>
        <w:t xml:space="preserve">16. </w:t>
      </w:r>
      <w:r>
        <w:t>Construct/describe a 60° angle with ruler and compass.</w:t>
      </w:r>
    </w:p>
    <w:p>
      <w:pPr>
        <w:spacing w:after="60"/>
      </w:pPr>
      <w:r>
        <w:rPr>
          <w:b/>
        </w:rPr>
        <w:t xml:space="preserve">17. </w:t>
      </w:r>
      <w:r>
        <w:t>Ravi reads 2/7 Monday and 3/14 Tuesday. What fraction remains?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12 km trail has 1/3 uphill,5/12 flat, rest downhill. Find each distance.</w:t>
      </w:r>
    </w:p>
    <w:p>
      <w:pPr>
        <w:spacing w:after="60"/>
      </w:pPr>
      <w:r>
        <w:rPr>
          <w:b/>
        </w:rPr>
        <w:t xml:space="preserve">19. </w:t>
      </w:r>
      <w:r>
        <w:t>A 24 m ribbon: 3/8 used; rest cut into 3 m pieces. Find pieces and leftover.</w:t>
      </w:r>
    </w:p>
    <w:p>
      <w:pPr>
        <w:spacing w:after="60"/>
      </w:pPr>
      <w:r>
        <w:rPr>
          <w:b/>
        </w:rPr>
        <w:t xml:space="preserve">20. </w:t>
      </w:r>
      <w:r>
        <w:t>Challenge: A tank is 5/6 full, capacity 360 L. How much is needed to fill it?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5</w:t>
      </w:r>
    </w:p>
    <w:p>
      <w:pPr>
        <w:jc w:val="center"/>
      </w:pPr>
      <w:r>
        <w:rPr>
          <w:b/>
          <w:color w:val="C65911"/>
          <w:sz w:val="28"/>
        </w:rPr>
        <w:t>Symmetry + The Other Side of Zero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Symmetry; The Other Side of Zero (Integers)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How many lines of symmetry does a square have?</w:t>
      </w:r>
    </w:p>
    <w:p>
      <w:pPr>
        <w:spacing w:after="60"/>
      </w:pPr>
      <w:r>
        <w:rPr>
          <w:b/>
        </w:rPr>
        <w:t xml:space="preserve">2. </w:t>
      </w:r>
      <w:r>
        <w:t>How many lines of symmetry does an equilateral triangle have?</w:t>
      </w:r>
    </w:p>
    <w:p>
      <w:pPr>
        <w:spacing w:after="60"/>
      </w:pPr>
      <w:r>
        <w:rPr>
          <w:b/>
        </w:rPr>
        <w:t xml:space="preserve">3. </w:t>
      </w:r>
      <w:r>
        <w:t>Calculate (-7)+12.</w:t>
      </w:r>
    </w:p>
    <w:p>
      <w:pPr>
        <w:spacing w:after="60"/>
      </w:pPr>
      <w:r>
        <w:rPr>
          <w:b/>
        </w:rPr>
        <w:t xml:space="preserve">4. </w:t>
      </w:r>
      <w:r>
        <w:t>Which is smaller: -9 or -4?</w:t>
      </w:r>
    </w:p>
    <w:p>
      <w:pPr>
        <w:spacing w:after="60"/>
      </w:pPr>
      <w:r>
        <w:rPr>
          <w:b/>
        </w:rPr>
        <w:t xml:space="preserve">5. </w:t>
      </w:r>
      <w:r>
        <w:t>Write integer immediately left of -6.</w:t>
      </w:r>
    </w:p>
    <w:p>
      <w:pPr>
        <w:spacing w:after="60"/>
      </w:pPr>
      <w:r>
        <w:rPr>
          <w:b/>
        </w:rPr>
        <w:t xml:space="preserve">6. </w:t>
      </w:r>
      <w:r>
        <w:t>Calculate 6+(-11).</w:t>
      </w:r>
    </w:p>
    <w:p>
      <w:pPr>
        <w:spacing w:after="60"/>
      </w:pPr>
      <w:r>
        <w:rPr>
          <w:b/>
        </w:rPr>
        <w:t xml:space="preserve">7. </w:t>
      </w:r>
      <w:r>
        <w:t>Arrange -5,2,-1,0,6 ascending.</w:t>
      </w:r>
    </w:p>
    <w:p>
      <w:pPr>
        <w:spacing w:after="60"/>
      </w:pPr>
      <w:r>
        <w:rPr>
          <w:b/>
        </w:rPr>
        <w:t xml:space="preserve">8. </w:t>
      </w:r>
      <w:r>
        <w:t>How many lines of symmetry does a regular hexagon have?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Name two capital letters with vertical symmetry.</w:t>
      </w:r>
    </w:p>
    <w:p>
      <w:pPr>
        <w:spacing w:after="60"/>
      </w:pPr>
      <w:r>
        <w:rPr>
          <w:b/>
        </w:rPr>
        <w:t xml:space="preserve">10. </w:t>
      </w:r>
      <w:r>
        <w:t>Temperature is 4°C and falls 9°C. Find new temperature.</w:t>
      </w:r>
    </w:p>
    <w:p>
      <w:pPr>
        <w:spacing w:after="60"/>
      </w:pPr>
      <w:r>
        <w:rPr>
          <w:b/>
        </w:rPr>
        <w:t xml:space="preserve">11. </w:t>
      </w:r>
      <w:r>
        <w:t>A lift starts floor 3, goes down 7, up 5. Find final floor.</w:t>
      </w:r>
    </w:p>
    <w:p>
      <w:pPr>
        <w:spacing w:after="60"/>
      </w:pPr>
      <w:r>
        <w:rPr>
          <w:b/>
        </w:rPr>
        <w:t xml:space="preserve">12. </w:t>
      </w:r>
      <w:r>
        <w:t>A submarine at -18 m rises 7 then descends 12. Find position.</w:t>
      </w:r>
    </w:p>
    <w:p>
      <w:pPr>
        <w:spacing w:after="60"/>
      </w:pPr>
      <w:r>
        <w:rPr>
          <w:b/>
        </w:rPr>
        <w:t xml:space="preserve">13. </w:t>
      </w:r>
      <w:r>
        <w:t>Explain reflection property: distance from mirror line.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is folded in half. Describe two symmetry folds.</w:t>
      </w:r>
    </w:p>
    <w:p>
      <w:pPr>
        <w:spacing w:after="60"/>
      </w:pPr>
      <w:r>
        <w:rPr>
          <w:b/>
        </w:rPr>
        <w:t xml:space="preserve">15. </w:t>
      </w:r>
      <w:r>
        <w:t>At sunrise -3°C, rises 11 then falls 7. Find noon/night.</w:t>
      </w:r>
    </w:p>
    <w:p>
      <w:pPr>
        <w:spacing w:after="60"/>
      </w:pPr>
      <w:r>
        <w:rPr>
          <w:b/>
        </w:rPr>
        <w:t xml:space="preserve">16. </w:t>
      </w:r>
      <w:r>
        <w:t>Give an example of a shape with horizontal and vertical but no diagonal symmetry.</w:t>
      </w:r>
    </w:p>
    <w:p>
      <w:pPr>
        <w:spacing w:after="60"/>
      </w:pPr>
      <w:r>
        <w:rPr>
          <w:b/>
        </w:rPr>
        <w:t xml:space="preserve">17. </w:t>
      </w:r>
      <w:r>
        <w:t>Use number line reasoning to calculate -8+13-6.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diver is at -12 m, rises 5 m, descends 9 m, rises 10 m. Find final position and total vertical distance moved.</w:t>
      </w:r>
    </w:p>
    <w:p>
      <w:pPr>
        <w:spacing w:after="60"/>
      </w:pPr>
      <w:r>
        <w:rPr>
          <w:b/>
        </w:rPr>
        <w:t xml:space="preserve">19. </w:t>
      </w:r>
      <w:r>
        <w:t>A design is unchanged after half-turn. Explain rotational symmetry and give two examples.</w:t>
      </w:r>
    </w:p>
    <w:p>
      <w:pPr>
        <w:spacing w:after="60"/>
      </w:pPr>
      <w:r>
        <w:rPr>
          <w:b/>
        </w:rPr>
        <w:t xml:space="preserve">20. </w:t>
      </w:r>
      <w:r>
        <w:t>Challenge: Starting at -15, what sequence of three integer moves totaling +22 can land at 7? Give one valid solution.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