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7365D"/>
          <w:sz w:val="40"/>
        </w:rPr>
        <w:t>EazyMaths</w:t>
      </w:r>
    </w:p>
    <w:p>
      <w:pPr>
        <w:jc w:val="center"/>
      </w:pPr>
      <w:r>
        <w:rPr>
          <w:b/>
          <w:sz w:val="30"/>
        </w:rPr>
        <w:t>CBSE Class 10 Mathematics - Worksheet 1</w:t>
      </w:r>
    </w:p>
    <w:p>
      <w:pPr>
        <w:jc w:val="center"/>
      </w:pPr>
      <w:r>
        <w:rPr>
          <w:b/>
          <w:color w:val="C65911"/>
          <w:sz w:val="28"/>
        </w:rPr>
        <w:t>Real Numbers, Polynomials &amp; Linear Equations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D9EAF7"/>
          </w:tcPr>
          <w:p>
            <w:r>
              <w:rPr>
                <w:b/>
              </w:rPr>
              <w:t>Topics Covered</w:t>
            </w:r>
          </w:p>
        </w:tc>
        <w:tc>
          <w:tcPr>
            <w:tcW w:type="dxa" w:w="5184"/>
          </w:tcPr>
          <w:p>
            <w:r>
              <w:t>Real numbers; HCF/LCM; polynomials; pair of linear equations</w:t>
            </w:r>
          </w:p>
        </w:tc>
      </w:tr>
      <w:tr>
        <w:tc>
          <w:tcPr>
            <w:tcW w:type="dxa" w:w="5184"/>
            <w:shd w:fill="D9EAF7"/>
          </w:tcPr>
          <w:p>
            <w:r>
              <w:rPr>
                <w:b/>
              </w:rPr>
              <w:t>Difficulty</w:t>
            </w:r>
          </w:p>
        </w:tc>
        <w:tc>
          <w:tcPr>
            <w:tcW w:type="dxa" w:w="5184"/>
          </w:tcPr>
          <w:p>
            <w:r>
              <w:t>Medium</w:t>
            </w:r>
          </w:p>
        </w:tc>
      </w:tr>
      <w:tr>
        <w:tc>
          <w:tcPr>
            <w:tcW w:type="dxa" w:w="5184"/>
            <w:shd w:fill="D9EAF7"/>
          </w:tcPr>
          <w:p>
            <w:r>
              <w:rPr>
                <w:b/>
              </w:rPr>
              <w:t>Suggested Time</w:t>
            </w:r>
          </w:p>
        </w:tc>
        <w:tc>
          <w:tcPr>
            <w:tcW w:type="dxa" w:w="5184"/>
          </w:tcPr>
          <w:p>
            <w:r>
              <w:t>60 minutes</w:t>
            </w:r>
          </w:p>
        </w:tc>
      </w:tr>
    </w:tbl>
    <w:p/>
    <w:p>
      <w:r>
        <w:rPr>
          <w:b/>
          <w:color w:val="C65911"/>
          <w:sz w:val="23"/>
        </w:rPr>
        <w:t>Section A - Very Short / Objective</w:t>
      </w:r>
    </w:p>
    <w:p>
      <w:pPr>
        <w:spacing w:after="60"/>
      </w:pPr>
      <w:r>
        <w:rPr>
          <w:b/>
        </w:rPr>
        <w:t xml:space="preserve">1. </w:t>
      </w:r>
      <w:r>
        <w:t>Find HCF of 96 and 404 by Euclid's algorithm.</w:t>
      </w:r>
    </w:p>
    <w:p>
      <w:pPr>
        <w:spacing w:after="60"/>
      </w:pPr>
      <w:r>
        <w:rPr>
          <w:b/>
        </w:rPr>
        <w:t xml:space="preserve">2. </w:t>
      </w:r>
      <w:r>
        <w:t>State whether 13/125 has terminating decimal.</w:t>
      </w:r>
    </w:p>
    <w:p>
      <w:pPr>
        <w:spacing w:after="60"/>
      </w:pPr>
      <w:r>
        <w:rPr>
          <w:b/>
        </w:rPr>
        <w:t xml:space="preserve">3. </w:t>
      </w:r>
      <w:r>
        <w:t>Find zeroes of x²-5x+6.</w:t>
      </w:r>
    </w:p>
    <w:p>
      <w:pPr>
        <w:spacing w:after="60"/>
      </w:pPr>
      <w:r>
        <w:rPr>
          <w:b/>
        </w:rPr>
        <w:t xml:space="preserve">4. </w:t>
      </w:r>
      <w:r>
        <w:t>If α,β are zeroes of x²-7x+10, find α+β.</w:t>
      </w:r>
    </w:p>
    <w:p>
      <w:pPr>
        <w:spacing w:after="60"/>
      </w:pPr>
      <w:r>
        <w:rPr>
          <w:b/>
        </w:rPr>
        <w:t xml:space="preserve">5. </w:t>
      </w:r>
      <w:r>
        <w:t>Solve x+y=9, x-y=3.</w:t>
      </w:r>
    </w:p>
    <w:p>
      <w:pPr>
        <w:spacing w:after="60"/>
      </w:pPr>
      <w:r>
        <w:rPr>
          <w:b/>
        </w:rPr>
        <w:t xml:space="preserve">6. </w:t>
      </w:r>
      <w:r>
        <w:t>State nature of 2x+3y=5 and 4x+6y=10.</w:t>
      </w:r>
    </w:p>
    <w:p>
      <w:pPr>
        <w:spacing w:after="60"/>
      </w:pPr>
      <w:r>
        <w:rPr>
          <w:b/>
        </w:rPr>
        <w:t xml:space="preserve">7. </w:t>
      </w:r>
      <w:r>
        <w:t>Find LCM of 72 and 120.</w:t>
      </w:r>
    </w:p>
    <w:p>
      <w:pPr>
        <w:spacing w:after="60"/>
      </w:pPr>
      <w:r>
        <w:rPr>
          <w:b/>
        </w:rPr>
        <w:t xml:space="preserve">8. </w:t>
      </w:r>
      <w:r>
        <w:t>Form quadratic polynomial with zeroes 2 and -5.</w:t>
      </w:r>
    </w:p>
    <w:p>
      <w:r>
        <w:rPr>
          <w:b/>
          <w:color w:val="C65911"/>
          <w:sz w:val="23"/>
        </w:rPr>
        <w:t>Section B - Short Answer</w:t>
      </w:r>
    </w:p>
    <w:p>
      <w:pPr>
        <w:spacing w:after="60"/>
      </w:pPr>
      <w:r>
        <w:rPr>
          <w:b/>
        </w:rPr>
        <w:t xml:space="preserve">9. </w:t>
      </w:r>
      <w:r>
        <w:t>Prove √5 is irrational (outline).</w:t>
      </w:r>
    </w:p>
    <w:p>
      <w:pPr>
        <w:spacing w:after="60"/>
      </w:pPr>
      <w:r>
        <w:rPr>
          <w:b/>
        </w:rPr>
        <w:t xml:space="preserve">10. </w:t>
      </w:r>
      <w:r>
        <w:t>Find zeroes of 2x²-7x+3 and verify relations.</w:t>
      </w:r>
    </w:p>
    <w:p>
      <w:pPr>
        <w:spacing w:after="60"/>
      </w:pPr>
      <w:r>
        <w:rPr>
          <w:b/>
        </w:rPr>
        <w:t xml:space="preserve">11. </w:t>
      </w:r>
      <w:r>
        <w:t>Solve 2x+3y=13,3x-2y=4.</w:t>
      </w:r>
    </w:p>
    <w:p>
      <w:pPr>
        <w:spacing w:after="60"/>
      </w:pPr>
      <w:r>
        <w:rPr>
          <w:b/>
        </w:rPr>
        <w:t xml:space="preserve">12. </w:t>
      </w:r>
      <w:r>
        <w:t>A fraction becomes 1/3 when 1 is subtracted from numerator and 1/2 when 2 is added to denominator. Form equations.</w:t>
      </w:r>
    </w:p>
    <w:p>
      <w:pPr>
        <w:spacing w:after="60"/>
      </w:pPr>
      <w:r>
        <w:rPr>
          <w:b/>
        </w:rPr>
        <w:t xml:space="preserve">13. </w:t>
      </w:r>
      <w:r>
        <w:t>Use prime factorisation to find HCF and LCM of 144,180.</w:t>
      </w:r>
    </w:p>
    <w:p>
      <w:r>
        <w:rPr>
          <w:b/>
          <w:color w:val="C65911"/>
          <w:sz w:val="23"/>
        </w:rPr>
        <w:t>Section C - Medium Answer</w:t>
      </w:r>
    </w:p>
    <w:p>
      <w:pPr>
        <w:spacing w:after="60"/>
      </w:pPr>
      <w:r>
        <w:rPr>
          <w:b/>
        </w:rPr>
        <w:t xml:space="preserve">14. </w:t>
      </w:r>
      <w:r>
        <w:t>A two-digit number has digit sum 9 and is 27 more than reversed number. Find it.</w:t>
      </w:r>
    </w:p>
    <w:p>
      <w:pPr>
        <w:spacing w:after="60"/>
      </w:pPr>
      <w:r>
        <w:rPr>
          <w:b/>
        </w:rPr>
        <w:t xml:space="preserve">15. </w:t>
      </w:r>
      <w:r>
        <w:t>Find k for which x²+kx+16 has equal zeroes if applicable via discriminant relationship.</w:t>
      </w:r>
    </w:p>
    <w:p>
      <w:pPr>
        <w:spacing w:after="60"/>
      </w:pPr>
      <w:r>
        <w:rPr>
          <w:b/>
        </w:rPr>
        <w:t xml:space="preserve">16. </w:t>
      </w:r>
      <w:r>
        <w:t>Solve graphically/conceptually x+y=5 and x-y=1.</w:t>
      </w:r>
    </w:p>
    <w:p>
      <w:pPr>
        <w:spacing w:after="60"/>
      </w:pPr>
      <w:r>
        <w:rPr>
          <w:b/>
        </w:rPr>
        <w:t xml:space="preserve">17. </w:t>
      </w:r>
      <w:r>
        <w:t>Explain why decimal expansion of 7/(2³5²) terminates.</w:t>
      </w:r>
    </w:p>
    <w:p>
      <w:r>
        <w:rPr>
          <w:b/>
          <w:color w:val="C65911"/>
          <w:sz w:val="23"/>
        </w:rPr>
        <w:t>Section D - Long / Competency-Based</w:t>
      </w:r>
    </w:p>
    <w:p>
      <w:pPr>
        <w:spacing w:after="60"/>
      </w:pPr>
      <w:r>
        <w:rPr>
          <w:b/>
        </w:rPr>
        <w:t xml:space="preserve">18. </w:t>
      </w:r>
      <w:r>
        <w:t>Case study: Two cab plans cost 50+12x and 80+9x. Find distance at equal cost and cheaper plan beyond it.</w:t>
      </w:r>
    </w:p>
    <w:p>
      <w:pPr>
        <w:spacing w:after="60"/>
      </w:pPr>
      <w:r>
        <w:rPr>
          <w:b/>
        </w:rPr>
        <w:t xml:space="preserve">19. </w:t>
      </w:r>
      <w:r>
        <w:t>A school has 540 boys and 450 girls to form maximum equal-size groups with same boys/girls per group. Find number of groups and composition.</w:t>
      </w:r>
    </w:p>
    <w:p>
      <w:pPr>
        <w:spacing w:after="60"/>
      </w:pPr>
      <w:r>
        <w:rPr>
          <w:b/>
        </w:rPr>
        <w:t xml:space="preserve">20. </w:t>
      </w:r>
      <w:r>
        <w:t>Mixed challenge: Polynomial x²-(m+3)x+2m has zeroes 2 and m. Verify and determine relationship for a valid m.</w:t>
      </w:r>
    </w:p>
    <w:p>
      <w:r>
        <w:br w:type="page"/>
      </w:r>
    </w:p>
    <w:p>
      <w:pPr>
        <w:jc w:val="center"/>
      </w:pPr>
      <w:r>
        <w:rPr>
          <w:b/>
          <w:color w:val="17365D"/>
          <w:sz w:val="40"/>
        </w:rPr>
        <w:t>EazyMaths</w:t>
      </w:r>
    </w:p>
    <w:p>
      <w:pPr>
        <w:jc w:val="center"/>
      </w:pPr>
      <w:r>
        <w:rPr>
          <w:b/>
          <w:sz w:val="30"/>
        </w:rPr>
        <w:t>CBSE Class 10 Mathematics - Worksheet 2</w:t>
      </w:r>
    </w:p>
    <w:p>
      <w:pPr>
        <w:jc w:val="center"/>
      </w:pPr>
      <w:r>
        <w:rPr>
          <w:b/>
          <w:color w:val="C65911"/>
          <w:sz w:val="28"/>
        </w:rPr>
        <w:t>Quadratics, AP &amp; Coordinate Geometry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D9EAF7"/>
          </w:tcPr>
          <w:p>
            <w:r>
              <w:rPr>
                <w:b/>
              </w:rPr>
              <w:t>Topics Covered</w:t>
            </w:r>
          </w:p>
        </w:tc>
        <w:tc>
          <w:tcPr>
            <w:tcW w:type="dxa" w:w="5184"/>
          </w:tcPr>
          <w:p>
            <w:r>
              <w:t>Quadratic equations; arithmetic progressions; coordinate geometry</w:t>
            </w:r>
          </w:p>
        </w:tc>
      </w:tr>
      <w:tr>
        <w:tc>
          <w:tcPr>
            <w:tcW w:type="dxa" w:w="5184"/>
            <w:shd w:fill="D9EAF7"/>
          </w:tcPr>
          <w:p>
            <w:r>
              <w:rPr>
                <w:b/>
              </w:rPr>
              <w:t>Difficulty</w:t>
            </w:r>
          </w:p>
        </w:tc>
        <w:tc>
          <w:tcPr>
            <w:tcW w:type="dxa" w:w="5184"/>
          </w:tcPr>
          <w:p>
            <w:r>
              <w:t>Medium</w:t>
            </w:r>
          </w:p>
        </w:tc>
      </w:tr>
      <w:tr>
        <w:tc>
          <w:tcPr>
            <w:tcW w:type="dxa" w:w="5184"/>
            <w:shd w:fill="D9EAF7"/>
          </w:tcPr>
          <w:p>
            <w:r>
              <w:rPr>
                <w:b/>
              </w:rPr>
              <w:t>Suggested Time</w:t>
            </w:r>
          </w:p>
        </w:tc>
        <w:tc>
          <w:tcPr>
            <w:tcW w:type="dxa" w:w="5184"/>
          </w:tcPr>
          <w:p>
            <w:r>
              <w:t>60 minutes</w:t>
            </w:r>
          </w:p>
        </w:tc>
      </w:tr>
    </w:tbl>
    <w:p/>
    <w:p>
      <w:r>
        <w:rPr>
          <w:b/>
          <w:color w:val="C65911"/>
          <w:sz w:val="23"/>
        </w:rPr>
        <w:t>Section A - Very Short / Objective</w:t>
      </w:r>
    </w:p>
    <w:p>
      <w:pPr>
        <w:spacing w:after="60"/>
      </w:pPr>
      <w:r>
        <w:rPr>
          <w:b/>
        </w:rPr>
        <w:t xml:space="preserve">1. </w:t>
      </w:r>
      <w:r>
        <w:t>Solve x²-9=0.</w:t>
      </w:r>
    </w:p>
    <w:p>
      <w:pPr>
        <w:spacing w:after="60"/>
      </w:pPr>
      <w:r>
        <w:rPr>
          <w:b/>
        </w:rPr>
        <w:t xml:space="preserve">2. </w:t>
      </w:r>
      <w:r>
        <w:t>Find discriminant of 2x²-5x+3.</w:t>
      </w:r>
    </w:p>
    <w:p>
      <w:pPr>
        <w:spacing w:after="60"/>
      </w:pPr>
      <w:r>
        <w:rPr>
          <w:b/>
        </w:rPr>
        <w:t xml:space="preserve">3. </w:t>
      </w:r>
      <w:r>
        <w:t>Find 20th term AP 5,9,13,...</w:t>
      </w:r>
    </w:p>
    <w:p>
      <w:pPr>
        <w:spacing w:after="60"/>
      </w:pPr>
      <w:r>
        <w:rPr>
          <w:b/>
        </w:rPr>
        <w:t xml:space="preserve">4. </w:t>
      </w:r>
      <w:r>
        <w:t>Find common difference of AP 18,13,8,...</w:t>
      </w:r>
    </w:p>
    <w:p>
      <w:pPr>
        <w:spacing w:after="60"/>
      </w:pPr>
      <w:r>
        <w:rPr>
          <w:b/>
        </w:rPr>
        <w:t xml:space="preserve">5. </w:t>
      </w:r>
      <w:r>
        <w:t>Find distance between (2,3),(8,11).</w:t>
      </w:r>
    </w:p>
    <w:p>
      <w:pPr>
        <w:spacing w:after="60"/>
      </w:pPr>
      <w:r>
        <w:rPr>
          <w:b/>
        </w:rPr>
        <w:t xml:space="preserve">6. </w:t>
      </w:r>
      <w:r>
        <w:t>Find midpoint of (-4,6),(2,-2).</w:t>
      </w:r>
    </w:p>
    <w:p>
      <w:pPr>
        <w:spacing w:after="60"/>
      </w:pPr>
      <w:r>
        <w:rPr>
          <w:b/>
        </w:rPr>
        <w:t xml:space="preserve">7. </w:t>
      </w:r>
      <w:r>
        <w:t>Find sum first 20 natural numbers.</w:t>
      </w:r>
    </w:p>
    <w:p>
      <w:pPr>
        <w:spacing w:after="60"/>
      </w:pPr>
      <w:r>
        <w:rPr>
          <w:b/>
        </w:rPr>
        <w:t xml:space="preserve">8. </w:t>
      </w:r>
      <w:r>
        <w:t>State nature of roots if D&lt;0.</w:t>
      </w:r>
    </w:p>
    <w:p>
      <w:r>
        <w:rPr>
          <w:b/>
          <w:color w:val="C65911"/>
          <w:sz w:val="23"/>
        </w:rPr>
        <w:t>Section B - Short Answer</w:t>
      </w:r>
    </w:p>
    <w:p>
      <w:pPr>
        <w:spacing w:after="60"/>
      </w:pPr>
      <w:r>
        <w:rPr>
          <w:b/>
        </w:rPr>
        <w:t xml:space="preserve">9. </w:t>
      </w:r>
      <w:r>
        <w:t>Solve x²-7x+12=0.</w:t>
      </w:r>
    </w:p>
    <w:p>
      <w:pPr>
        <w:spacing w:after="60"/>
      </w:pPr>
      <w:r>
        <w:rPr>
          <w:b/>
        </w:rPr>
        <w:t xml:space="preserve">10. </w:t>
      </w:r>
      <w:r>
        <w:t>Find sum first 25 terms AP 3,7,11,...</w:t>
      </w:r>
    </w:p>
    <w:p>
      <w:pPr>
        <w:spacing w:after="60"/>
      </w:pPr>
      <w:r>
        <w:rPr>
          <w:b/>
        </w:rPr>
        <w:t xml:space="preserve">11. </w:t>
      </w:r>
      <w:r>
        <w:t>Find point dividing segment (2,4),(8,10) in ratio 1:2 internally.</w:t>
      </w:r>
    </w:p>
    <w:p>
      <w:pPr>
        <w:spacing w:after="60"/>
      </w:pPr>
      <w:r>
        <w:rPr>
          <w:b/>
        </w:rPr>
        <w:t xml:space="preserve">12. </w:t>
      </w:r>
      <w:r>
        <w:t>A rectangle area is 96 m² and length 4 m more than breadth. Form quadratic and solve.</w:t>
      </w:r>
    </w:p>
    <w:p>
      <w:pPr>
        <w:spacing w:after="60"/>
      </w:pPr>
      <w:r>
        <w:rPr>
          <w:b/>
        </w:rPr>
        <w:t xml:space="preserve">13. </w:t>
      </w:r>
      <w:r>
        <w:t>Which term of AP 7,12,17,... is 102?</w:t>
      </w:r>
    </w:p>
    <w:p>
      <w:r>
        <w:rPr>
          <w:b/>
          <w:color w:val="C65911"/>
          <w:sz w:val="23"/>
        </w:rPr>
        <w:t>Section C - Medium Answer</w:t>
      </w:r>
    </w:p>
    <w:p>
      <w:pPr>
        <w:spacing w:after="60"/>
      </w:pPr>
      <w:r>
        <w:rPr>
          <w:b/>
        </w:rPr>
        <w:t xml:space="preserve">14. </w:t>
      </w:r>
      <w:r>
        <w:t>A ball's height is h=-5t²+20t+25. When does it reach ground?</w:t>
      </w:r>
    </w:p>
    <w:p>
      <w:pPr>
        <w:spacing w:after="60"/>
      </w:pPr>
      <w:r>
        <w:rPr>
          <w:b/>
        </w:rPr>
        <w:t xml:space="preserve">15. </w:t>
      </w:r>
      <w:r>
        <w:t>Find coordinates of point on x-axis equidistant from (2,3),(8,5).</w:t>
      </w:r>
    </w:p>
    <w:p>
      <w:pPr>
        <w:spacing w:after="60"/>
      </w:pPr>
      <w:r>
        <w:rPr>
          <w:b/>
        </w:rPr>
        <w:t xml:space="preserve">16. </w:t>
      </w:r>
      <w:r>
        <w:t>The 5th term of AP is 18 and 12th is 46. Find first term and d.</w:t>
      </w:r>
    </w:p>
    <w:p>
      <w:pPr>
        <w:spacing w:after="60"/>
      </w:pPr>
      <w:r>
        <w:rPr>
          <w:b/>
        </w:rPr>
        <w:t xml:space="preserve">17. </w:t>
      </w:r>
      <w:r>
        <w:t>Solve 3x²-5x-2=0 by formula.</w:t>
      </w:r>
    </w:p>
    <w:p>
      <w:r>
        <w:rPr>
          <w:b/>
          <w:color w:val="C65911"/>
          <w:sz w:val="23"/>
        </w:rPr>
        <w:t>Section D - Long / Competency-Based</w:t>
      </w:r>
    </w:p>
    <w:p>
      <w:pPr>
        <w:spacing w:after="60"/>
      </w:pPr>
      <w:r>
        <w:rPr>
          <w:b/>
        </w:rPr>
        <w:t xml:space="preserve">18. </w:t>
      </w:r>
      <w:r>
        <w:t>Case study: Theatre seats: 25 in first row, 3 more each row, 30 rows. Find last row and total seats.</w:t>
      </w:r>
    </w:p>
    <w:p>
      <w:pPr>
        <w:spacing w:after="60"/>
      </w:pPr>
      <w:r>
        <w:rPr>
          <w:b/>
        </w:rPr>
        <w:t xml:space="preserve">19. </w:t>
      </w:r>
      <w:r>
        <w:t>A rectangular garden has perimeter 50 m and area 144 m². Find dimensions using quadratic equation.</w:t>
      </w:r>
    </w:p>
    <w:p>
      <w:pPr>
        <w:spacing w:after="60"/>
      </w:pPr>
      <w:r>
        <w:rPr>
          <w:b/>
        </w:rPr>
        <w:t xml:space="preserve">20. </w:t>
      </w:r>
      <w:r>
        <w:t>Coordinate challenge: A(0,0),B(6,0),C(6,8). Find lengths, midpoint of AC and area of triangle.</w:t>
      </w:r>
    </w:p>
    <w:p>
      <w:r>
        <w:br w:type="page"/>
      </w:r>
    </w:p>
    <w:p>
      <w:pPr>
        <w:jc w:val="center"/>
      </w:pPr>
      <w:r>
        <w:rPr>
          <w:b/>
          <w:color w:val="17365D"/>
          <w:sz w:val="40"/>
        </w:rPr>
        <w:t>EazyMaths</w:t>
      </w:r>
    </w:p>
    <w:p>
      <w:pPr>
        <w:jc w:val="center"/>
      </w:pPr>
      <w:r>
        <w:rPr>
          <w:b/>
          <w:sz w:val="30"/>
        </w:rPr>
        <w:t>CBSE Class 10 Mathematics - Worksheet 3</w:t>
      </w:r>
    </w:p>
    <w:p>
      <w:pPr>
        <w:jc w:val="center"/>
      </w:pPr>
      <w:r>
        <w:rPr>
          <w:b/>
          <w:color w:val="C65911"/>
          <w:sz w:val="28"/>
        </w:rPr>
        <w:t>Triangles, Circles &amp; Trigonometry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D9EAF7"/>
          </w:tcPr>
          <w:p>
            <w:r>
              <w:rPr>
                <w:b/>
              </w:rPr>
              <w:t>Topics Covered</w:t>
            </w:r>
          </w:p>
        </w:tc>
        <w:tc>
          <w:tcPr>
            <w:tcW w:type="dxa" w:w="5184"/>
          </w:tcPr>
          <w:p>
            <w:r>
              <w:t>Similarity; triangles; circles/tangents; trigonometric ratios; heights and distances</w:t>
            </w:r>
          </w:p>
        </w:tc>
      </w:tr>
      <w:tr>
        <w:tc>
          <w:tcPr>
            <w:tcW w:type="dxa" w:w="5184"/>
            <w:shd w:fill="D9EAF7"/>
          </w:tcPr>
          <w:p>
            <w:r>
              <w:rPr>
                <w:b/>
              </w:rPr>
              <w:t>Difficulty</w:t>
            </w:r>
          </w:p>
        </w:tc>
        <w:tc>
          <w:tcPr>
            <w:tcW w:type="dxa" w:w="5184"/>
          </w:tcPr>
          <w:p>
            <w:r>
              <w:t>Medium</w:t>
            </w:r>
          </w:p>
        </w:tc>
      </w:tr>
      <w:tr>
        <w:tc>
          <w:tcPr>
            <w:tcW w:type="dxa" w:w="5184"/>
            <w:shd w:fill="D9EAF7"/>
          </w:tcPr>
          <w:p>
            <w:r>
              <w:rPr>
                <w:b/>
              </w:rPr>
              <w:t>Suggested Time</w:t>
            </w:r>
          </w:p>
        </w:tc>
        <w:tc>
          <w:tcPr>
            <w:tcW w:type="dxa" w:w="5184"/>
          </w:tcPr>
          <w:p>
            <w:r>
              <w:t>60 minutes</w:t>
            </w:r>
          </w:p>
        </w:tc>
      </w:tr>
    </w:tbl>
    <w:p/>
    <w:p>
      <w:r>
        <w:rPr>
          <w:b/>
          <w:color w:val="C65911"/>
          <w:sz w:val="23"/>
        </w:rPr>
        <w:t>Section A - Very Short / Objective</w:t>
      </w:r>
    </w:p>
    <w:p>
      <w:pPr>
        <w:spacing w:after="60"/>
      </w:pPr>
      <w:r>
        <w:rPr>
          <w:b/>
        </w:rPr>
        <w:t xml:space="preserve">1. </w:t>
      </w:r>
      <w:r>
        <w:t>If two similar triangles have side ratio 2:3, find area ratio.</w:t>
      </w:r>
    </w:p>
    <w:p>
      <w:pPr>
        <w:spacing w:after="60"/>
      </w:pPr>
      <w:r>
        <w:rPr>
          <w:b/>
        </w:rPr>
        <w:t xml:space="preserve">2. </w:t>
      </w:r>
      <w:r>
        <w:t>Find sin 30°.</w:t>
      </w:r>
    </w:p>
    <w:p>
      <w:pPr>
        <w:spacing w:after="60"/>
      </w:pPr>
      <w:r>
        <w:rPr>
          <w:b/>
        </w:rPr>
        <w:t xml:space="preserve">3. </w:t>
      </w:r>
      <w:r>
        <w:t>Find tan 45°.</w:t>
      </w:r>
    </w:p>
    <w:p>
      <w:pPr>
        <w:spacing w:after="60"/>
      </w:pPr>
      <w:r>
        <w:rPr>
          <w:b/>
        </w:rPr>
        <w:t xml:space="preserve">4. </w:t>
      </w:r>
      <w:r>
        <w:t>Radius is perpendicular to tangent at point of contact: True/False.</w:t>
      </w:r>
    </w:p>
    <w:p>
      <w:pPr>
        <w:spacing w:after="60"/>
      </w:pPr>
      <w:r>
        <w:rPr>
          <w:b/>
        </w:rPr>
        <w:t xml:space="preserve">5. </w:t>
      </w:r>
      <w:r>
        <w:t>If cos θ=4/5 for acute θ, find sin θ.</w:t>
      </w:r>
    </w:p>
    <w:p>
      <w:pPr>
        <w:spacing w:after="60"/>
      </w:pPr>
      <w:r>
        <w:rPr>
          <w:b/>
        </w:rPr>
        <w:t xml:space="preserve">6. </w:t>
      </w:r>
      <w:r>
        <w:t>State Pythagoras theorem.</w:t>
      </w:r>
    </w:p>
    <w:p>
      <w:pPr>
        <w:spacing w:after="60"/>
      </w:pPr>
      <w:r>
        <w:rPr>
          <w:b/>
        </w:rPr>
        <w:t xml:space="preserve">7. </w:t>
      </w:r>
      <w:r>
        <w:t>How many tangents from an external point to a circle?</w:t>
      </w:r>
    </w:p>
    <w:p>
      <w:pPr>
        <w:spacing w:after="60"/>
      </w:pPr>
      <w:r>
        <w:rPr>
          <w:b/>
        </w:rPr>
        <w:t xml:space="preserve">8. </w:t>
      </w:r>
      <w:r>
        <w:t>Find sec 60°.</w:t>
      </w:r>
    </w:p>
    <w:p>
      <w:r>
        <w:rPr>
          <w:b/>
          <w:color w:val="C65911"/>
          <w:sz w:val="23"/>
        </w:rPr>
        <w:t>Section B - Short Answer</w:t>
      </w:r>
    </w:p>
    <w:p>
      <w:pPr>
        <w:spacing w:after="60"/>
      </w:pPr>
      <w:r>
        <w:rPr>
          <w:b/>
        </w:rPr>
        <w:t xml:space="preserve">9. </w:t>
      </w:r>
      <w:r>
        <w:t>In ΔABC, DE||BC, AD=3, DB=2, AE=4.5. Find EC.</w:t>
      </w:r>
    </w:p>
    <w:p>
      <w:pPr>
        <w:spacing w:after="60"/>
      </w:pPr>
      <w:r>
        <w:rPr>
          <w:b/>
        </w:rPr>
        <w:t xml:space="preserve">10. </w:t>
      </w:r>
      <w:r>
        <w:t>Prove/use tangent lengths from external point are equal.</w:t>
      </w:r>
    </w:p>
    <w:p>
      <w:pPr>
        <w:spacing w:after="60"/>
      </w:pPr>
      <w:r>
        <w:rPr>
          <w:b/>
        </w:rPr>
        <w:t xml:space="preserve">11. </w:t>
      </w:r>
      <w:r>
        <w:t>If tan θ=3/4, find sin θ and cos θ.</w:t>
      </w:r>
    </w:p>
    <w:p>
      <w:pPr>
        <w:spacing w:after="60"/>
      </w:pPr>
      <w:r>
        <w:rPr>
          <w:b/>
        </w:rPr>
        <w:t xml:space="preserve">12. </w:t>
      </w:r>
      <w:r>
        <w:t>A pole casts 10√3 m shadow when elevation is 30°. Find height.</w:t>
      </w:r>
    </w:p>
    <w:p>
      <w:pPr>
        <w:spacing w:after="60"/>
      </w:pPr>
      <w:r>
        <w:rPr>
          <w:b/>
        </w:rPr>
        <w:t xml:space="preserve">13. </w:t>
      </w:r>
      <w:r>
        <w:t>Two similar triangles have areas 64 and 100. Find ratio of corresponding sides.</w:t>
      </w:r>
    </w:p>
    <w:p>
      <w:r>
        <w:rPr>
          <w:b/>
          <w:color w:val="C65911"/>
          <w:sz w:val="23"/>
        </w:rPr>
        <w:t>Section C - Medium Answer</w:t>
      </w:r>
    </w:p>
    <w:p>
      <w:pPr>
        <w:spacing w:after="60"/>
      </w:pPr>
      <w:r>
        <w:rPr>
          <w:b/>
        </w:rPr>
        <w:t xml:space="preserve">14. </w:t>
      </w:r>
      <w:r>
        <w:t>A ladder 10 m reaches 8 m high wall. Find distance of foot from wall.</w:t>
      </w:r>
    </w:p>
    <w:p>
      <w:pPr>
        <w:spacing w:after="60"/>
      </w:pPr>
      <w:r>
        <w:rPr>
          <w:b/>
        </w:rPr>
        <w:t xml:space="preserve">15. </w:t>
      </w:r>
      <w:r>
        <w:t>From point P, tangents PA and PB to circle have PA=12 cm. Find PB and explain.</w:t>
      </w:r>
    </w:p>
    <w:p>
      <w:pPr>
        <w:spacing w:after="60"/>
      </w:pPr>
      <w:r>
        <w:rPr>
          <w:b/>
        </w:rPr>
        <w:t xml:space="preserve">16. </w:t>
      </w:r>
      <w:r>
        <w:t>If sin A=12/13, find cos A and tan A.</w:t>
      </w:r>
    </w:p>
    <w:p>
      <w:pPr>
        <w:spacing w:after="60"/>
      </w:pPr>
      <w:r>
        <w:rPr>
          <w:b/>
        </w:rPr>
        <w:t xml:space="preserve">17. </w:t>
      </w:r>
      <w:r>
        <w:t>A 20 m building is observed at elevation 45°. Find horizontal distance.</w:t>
      </w:r>
    </w:p>
    <w:p>
      <w:r>
        <w:rPr>
          <w:b/>
          <w:color w:val="C65911"/>
          <w:sz w:val="23"/>
        </w:rPr>
        <w:t>Section D - Long / Competency-Based</w:t>
      </w:r>
    </w:p>
    <w:p>
      <w:pPr>
        <w:spacing w:after="60"/>
      </w:pPr>
      <w:r>
        <w:rPr>
          <w:b/>
        </w:rPr>
        <w:t xml:space="preserve">18. </w:t>
      </w:r>
      <w:r>
        <w:t>Case study: A tower is viewed from point A at 30°. Moving 20 m closer, angle becomes 60°. Find tower height.</w:t>
      </w:r>
    </w:p>
    <w:p>
      <w:pPr>
        <w:spacing w:after="60"/>
      </w:pPr>
      <w:r>
        <w:rPr>
          <w:b/>
        </w:rPr>
        <w:t xml:space="preserve">19. </w:t>
      </w:r>
      <w:r>
        <w:t>In right triangle, one acute angle is 30° and hypotenuse 18 cm. Find other sides.</w:t>
      </w:r>
    </w:p>
    <w:p>
      <w:pPr>
        <w:spacing w:after="60"/>
      </w:pPr>
      <w:r>
        <w:rPr>
          <w:b/>
        </w:rPr>
        <w:t xml:space="preserve">20. </w:t>
      </w:r>
      <w:r>
        <w:t>Geometry challenge: Two concentric circles radii 5 and 13 cm. A chord of larger circle tangent to smaller. Find chord length.</w:t>
      </w:r>
    </w:p>
    <w:p>
      <w:r>
        <w:br w:type="page"/>
      </w:r>
    </w:p>
    <w:p>
      <w:pPr>
        <w:jc w:val="center"/>
      </w:pPr>
      <w:r>
        <w:rPr>
          <w:b/>
          <w:color w:val="17365D"/>
          <w:sz w:val="40"/>
        </w:rPr>
        <w:t>EazyMaths</w:t>
      </w:r>
    </w:p>
    <w:p>
      <w:pPr>
        <w:jc w:val="center"/>
      </w:pPr>
      <w:r>
        <w:rPr>
          <w:b/>
          <w:sz w:val="30"/>
        </w:rPr>
        <w:t>CBSE Class 10 Mathematics - Worksheet 4</w:t>
      </w:r>
    </w:p>
    <w:p>
      <w:pPr>
        <w:jc w:val="center"/>
      </w:pPr>
      <w:r>
        <w:rPr>
          <w:b/>
          <w:color w:val="C65911"/>
          <w:sz w:val="28"/>
        </w:rPr>
        <w:t>Areas, Surface Areas, Volumes &amp; Statistics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D9EAF7"/>
          </w:tcPr>
          <w:p>
            <w:r>
              <w:rPr>
                <w:b/>
              </w:rPr>
              <w:t>Topics Covered</w:t>
            </w:r>
          </w:p>
        </w:tc>
        <w:tc>
          <w:tcPr>
            <w:tcW w:type="dxa" w:w="5184"/>
          </w:tcPr>
          <w:p>
            <w:r>
              <w:t>Areas related to circles; surface areas and volumes; statistics; probability</w:t>
            </w:r>
          </w:p>
        </w:tc>
      </w:tr>
      <w:tr>
        <w:tc>
          <w:tcPr>
            <w:tcW w:type="dxa" w:w="5184"/>
            <w:shd w:fill="D9EAF7"/>
          </w:tcPr>
          <w:p>
            <w:r>
              <w:rPr>
                <w:b/>
              </w:rPr>
              <w:t>Difficulty</w:t>
            </w:r>
          </w:p>
        </w:tc>
        <w:tc>
          <w:tcPr>
            <w:tcW w:type="dxa" w:w="5184"/>
          </w:tcPr>
          <w:p>
            <w:r>
              <w:t>Medium</w:t>
            </w:r>
          </w:p>
        </w:tc>
      </w:tr>
      <w:tr>
        <w:tc>
          <w:tcPr>
            <w:tcW w:type="dxa" w:w="5184"/>
            <w:shd w:fill="D9EAF7"/>
          </w:tcPr>
          <w:p>
            <w:r>
              <w:rPr>
                <w:b/>
              </w:rPr>
              <w:t>Suggested Time</w:t>
            </w:r>
          </w:p>
        </w:tc>
        <w:tc>
          <w:tcPr>
            <w:tcW w:type="dxa" w:w="5184"/>
          </w:tcPr>
          <w:p>
            <w:r>
              <w:t>60 minutes</w:t>
            </w:r>
          </w:p>
        </w:tc>
      </w:tr>
    </w:tbl>
    <w:p/>
    <w:p>
      <w:r>
        <w:rPr>
          <w:b/>
          <w:color w:val="C65911"/>
          <w:sz w:val="23"/>
        </w:rPr>
        <w:t>Section A - Very Short / Objective</w:t>
      </w:r>
    </w:p>
    <w:p>
      <w:pPr>
        <w:spacing w:after="60"/>
      </w:pPr>
      <w:r>
        <w:rPr>
          <w:b/>
        </w:rPr>
        <w:t xml:space="preserve">1. </w:t>
      </w:r>
      <w:r>
        <w:t>Find area circle r=7 cm.</w:t>
      </w:r>
    </w:p>
    <w:p>
      <w:pPr>
        <w:spacing w:after="60"/>
      </w:pPr>
      <w:r>
        <w:rPr>
          <w:b/>
        </w:rPr>
        <w:t xml:space="preserve">2. </w:t>
      </w:r>
      <w:r>
        <w:t>Find circumference diameter 28 cm.</w:t>
      </w:r>
    </w:p>
    <w:p>
      <w:pPr>
        <w:spacing w:after="60"/>
      </w:pPr>
      <w:r>
        <w:rPr>
          <w:b/>
        </w:rPr>
        <w:t xml:space="preserve">3. </w:t>
      </w:r>
      <w:r>
        <w:t>Find area sector 90°, r=14.</w:t>
      </w:r>
    </w:p>
    <w:p>
      <w:pPr>
        <w:spacing w:after="60"/>
      </w:pPr>
      <w:r>
        <w:rPr>
          <w:b/>
        </w:rPr>
        <w:t xml:space="preserve">4. </w:t>
      </w:r>
      <w:r>
        <w:t>Find volume cylinder r=3,h=10.</w:t>
      </w:r>
    </w:p>
    <w:p>
      <w:pPr>
        <w:spacing w:after="60"/>
      </w:pPr>
      <w:r>
        <w:rPr>
          <w:b/>
        </w:rPr>
        <w:t xml:space="preserve">5. </w:t>
      </w:r>
      <w:r>
        <w:t>Find CSA cone r=7,l=10.</w:t>
      </w:r>
    </w:p>
    <w:p>
      <w:pPr>
        <w:spacing w:after="60"/>
      </w:pPr>
      <w:r>
        <w:rPr>
          <w:b/>
        </w:rPr>
        <w:t xml:space="preserve">6. </w:t>
      </w:r>
      <w:r>
        <w:t>Find mean of 5,7,9,11,13.</w:t>
      </w:r>
    </w:p>
    <w:p>
      <w:pPr>
        <w:spacing w:after="60"/>
      </w:pPr>
      <w:r>
        <w:rPr>
          <w:b/>
        </w:rPr>
        <w:t xml:space="preserve">7. </w:t>
      </w:r>
      <w:r>
        <w:t>Probability of drawing ace from 52-card deck.</w:t>
      </w:r>
    </w:p>
    <w:p>
      <w:pPr>
        <w:spacing w:after="60"/>
      </w:pPr>
      <w:r>
        <w:rPr>
          <w:b/>
        </w:rPr>
        <w:t xml:space="preserve">8. </w:t>
      </w:r>
      <w:r>
        <w:t>Find volume sphere r=3.</w:t>
      </w:r>
    </w:p>
    <w:p>
      <w:r>
        <w:rPr>
          <w:b/>
          <w:color w:val="C65911"/>
          <w:sz w:val="23"/>
        </w:rPr>
        <w:t>Section B - Short Answer</w:t>
      </w:r>
    </w:p>
    <w:p>
      <w:pPr>
        <w:spacing w:after="60"/>
      </w:pPr>
      <w:r>
        <w:rPr>
          <w:b/>
        </w:rPr>
        <w:t xml:space="preserve">9. </w:t>
      </w:r>
      <w:r>
        <w:t>A wheel radius 35 cm makes 200 revolutions. Find distance travelled.</w:t>
      </w:r>
    </w:p>
    <w:p>
      <w:pPr>
        <w:spacing w:after="60"/>
      </w:pPr>
      <w:r>
        <w:rPr>
          <w:b/>
        </w:rPr>
        <w:t xml:space="preserve">10. </w:t>
      </w:r>
      <w:r>
        <w:t>Find area of minor sector 60°, r=21.</w:t>
      </w:r>
    </w:p>
    <w:p>
      <w:pPr>
        <w:spacing w:after="60"/>
      </w:pPr>
      <w:r>
        <w:rPr>
          <w:b/>
        </w:rPr>
        <w:t xml:space="preserve">11. </w:t>
      </w:r>
      <w:r>
        <w:t>A cone r=3,h=4. Find slant height and CSA.</w:t>
      </w:r>
    </w:p>
    <w:p>
      <w:pPr>
        <w:spacing w:after="60"/>
      </w:pPr>
      <w:r>
        <w:rPr>
          <w:b/>
        </w:rPr>
        <w:t xml:space="preserve">12. </w:t>
      </w:r>
      <w:r>
        <w:t>Find median of grouped/ungrouped values 4,7,8,9,12,15,18.</w:t>
      </w:r>
    </w:p>
    <w:p>
      <w:pPr>
        <w:spacing w:after="60"/>
      </w:pPr>
      <w:r>
        <w:rPr>
          <w:b/>
        </w:rPr>
        <w:t xml:space="preserve">13. </w:t>
      </w:r>
      <w:r>
        <w:t>A die is thrown. Find P(number &gt;4).</w:t>
      </w:r>
    </w:p>
    <w:p>
      <w:r>
        <w:rPr>
          <w:b/>
          <w:color w:val="C65911"/>
          <w:sz w:val="23"/>
        </w:rPr>
        <w:t>Section C - Medium Answer</w:t>
      </w:r>
    </w:p>
    <w:p>
      <w:pPr>
        <w:spacing w:after="60"/>
      </w:pPr>
      <w:r>
        <w:rPr>
          <w:b/>
        </w:rPr>
        <w:t xml:space="preserve">14. </w:t>
      </w:r>
      <w:r>
        <w:t>A solid consists of cylinder r=3,h=8 with hemisphere on top. Find total volume.</w:t>
      </w:r>
    </w:p>
    <w:p>
      <w:pPr>
        <w:spacing w:after="60"/>
      </w:pPr>
      <w:r>
        <w:rPr>
          <w:b/>
        </w:rPr>
        <w:t xml:space="preserve">15. </w:t>
      </w:r>
      <w:r>
        <w:t>Find mean of frequency data x:10,20,30 with f:2,3,5.</w:t>
      </w:r>
    </w:p>
    <w:p>
      <w:pPr>
        <w:spacing w:after="60"/>
      </w:pPr>
      <w:r>
        <w:rPr>
          <w:b/>
        </w:rPr>
        <w:t xml:space="preserve">16. </w:t>
      </w:r>
      <w:r>
        <w:t>A circular garden r=14 has 2 m wide path outside. Find path area.</w:t>
      </w:r>
    </w:p>
    <w:p>
      <w:pPr>
        <w:spacing w:after="60"/>
      </w:pPr>
      <w:r>
        <w:rPr>
          <w:b/>
        </w:rPr>
        <w:t xml:space="preserve">17. </w:t>
      </w:r>
      <w:r>
        <w:t>A bag has 6 red,5 blue,4 green. Find P(not blue).</w:t>
      </w:r>
    </w:p>
    <w:p>
      <w:r>
        <w:rPr>
          <w:b/>
          <w:color w:val="C65911"/>
          <w:sz w:val="23"/>
        </w:rPr>
        <w:t>Section D - Long / Competency-Based</w:t>
      </w:r>
    </w:p>
    <w:p>
      <w:pPr>
        <w:spacing w:after="60"/>
      </w:pPr>
      <w:r>
        <w:rPr>
          <w:b/>
        </w:rPr>
        <w:t xml:space="preserve">18. </w:t>
      </w:r>
      <w:r>
        <w:t>Case study: Ice cream cone r=3,h=12 topped by hemisphere r=3. Find volume of ice cream.</w:t>
      </w:r>
    </w:p>
    <w:p>
      <w:pPr>
        <w:spacing w:after="60"/>
      </w:pPr>
      <w:r>
        <w:rPr>
          <w:b/>
        </w:rPr>
        <w:t xml:space="preserve">19. </w:t>
      </w:r>
      <w:r>
        <w:t>A water tank is cylindrical r=3.5 m,h=4 m. Find capacity in litres.</w:t>
      </w:r>
    </w:p>
    <w:p>
      <w:pPr>
        <w:spacing w:after="60"/>
      </w:pPr>
      <w:r>
        <w:rPr>
          <w:b/>
        </w:rPr>
        <w:t xml:space="preserve">20. </w:t>
      </w:r>
      <w:r>
        <w:t>Statistics challenge: Marks 10,20,30,40,50 with frequencies 2,5,8,4,1. Find mean and modal value.</w:t>
      </w:r>
    </w:p>
    <w:p>
      <w:r>
        <w:br w:type="page"/>
      </w:r>
    </w:p>
    <w:p>
      <w:pPr>
        <w:jc w:val="center"/>
      </w:pPr>
      <w:r>
        <w:rPr>
          <w:b/>
          <w:color w:val="17365D"/>
          <w:sz w:val="40"/>
        </w:rPr>
        <w:t>EazyMaths</w:t>
      </w:r>
    </w:p>
    <w:p>
      <w:pPr>
        <w:jc w:val="center"/>
      </w:pPr>
      <w:r>
        <w:rPr>
          <w:b/>
          <w:sz w:val="30"/>
        </w:rPr>
        <w:t>CBSE Class 10 Mathematics - Worksheet 5</w:t>
      </w:r>
    </w:p>
    <w:p>
      <w:pPr>
        <w:jc w:val="center"/>
      </w:pPr>
      <w:r>
        <w:rPr>
          <w:b/>
          <w:color w:val="C65911"/>
          <w:sz w:val="28"/>
        </w:rPr>
        <w:t>Full Syllabus Revision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D9EAF7"/>
          </w:tcPr>
          <w:p>
            <w:r>
              <w:rPr>
                <w:b/>
              </w:rPr>
              <w:t>Topics Covered</w:t>
            </w:r>
          </w:p>
        </w:tc>
        <w:tc>
          <w:tcPr>
            <w:tcW w:type="dxa" w:w="5184"/>
          </w:tcPr>
          <w:p>
            <w:r>
              <w:t>Real numbers; algebra; AP; coordinate geometry; geometry; trigonometry; mensuration; statistics; probability</w:t>
            </w:r>
          </w:p>
        </w:tc>
      </w:tr>
      <w:tr>
        <w:tc>
          <w:tcPr>
            <w:tcW w:type="dxa" w:w="5184"/>
            <w:shd w:fill="D9EAF7"/>
          </w:tcPr>
          <w:p>
            <w:r>
              <w:rPr>
                <w:b/>
              </w:rPr>
              <w:t>Difficulty</w:t>
            </w:r>
          </w:p>
        </w:tc>
        <w:tc>
          <w:tcPr>
            <w:tcW w:type="dxa" w:w="5184"/>
          </w:tcPr>
          <w:p>
            <w:r>
              <w:t>Medium</w:t>
            </w:r>
          </w:p>
        </w:tc>
      </w:tr>
      <w:tr>
        <w:tc>
          <w:tcPr>
            <w:tcW w:type="dxa" w:w="5184"/>
            <w:shd w:fill="D9EAF7"/>
          </w:tcPr>
          <w:p>
            <w:r>
              <w:rPr>
                <w:b/>
              </w:rPr>
              <w:t>Suggested Time</w:t>
            </w:r>
          </w:p>
        </w:tc>
        <w:tc>
          <w:tcPr>
            <w:tcW w:type="dxa" w:w="5184"/>
          </w:tcPr>
          <w:p>
            <w:r>
              <w:t>60 minutes</w:t>
            </w:r>
          </w:p>
        </w:tc>
      </w:tr>
    </w:tbl>
    <w:p/>
    <w:p>
      <w:r>
        <w:rPr>
          <w:b/>
          <w:color w:val="C65911"/>
          <w:sz w:val="23"/>
        </w:rPr>
        <w:t>Section A - Very Short / Objective</w:t>
      </w:r>
    </w:p>
    <w:p>
      <w:pPr>
        <w:spacing w:after="60"/>
      </w:pPr>
      <w:r>
        <w:rPr>
          <w:b/>
        </w:rPr>
        <w:t xml:space="preserve">1. </w:t>
      </w:r>
      <w:r>
        <w:t>Find HCF 135,225.</w:t>
      </w:r>
    </w:p>
    <w:p>
      <w:pPr>
        <w:spacing w:after="60"/>
      </w:pPr>
      <w:r>
        <w:rPr>
          <w:b/>
        </w:rPr>
        <w:t xml:space="preserve">2. </w:t>
      </w:r>
      <w:r>
        <w:t>Find zeroes x²-4x+3.</w:t>
      </w:r>
    </w:p>
    <w:p>
      <w:pPr>
        <w:spacing w:after="60"/>
      </w:pPr>
      <w:r>
        <w:rPr>
          <w:b/>
        </w:rPr>
        <w:t xml:space="preserve">3. </w:t>
      </w:r>
      <w:r>
        <w:t>Solve x+y=7,2x-y=5.</w:t>
      </w:r>
    </w:p>
    <w:p>
      <w:pPr>
        <w:spacing w:after="60"/>
      </w:pPr>
      <w:r>
        <w:rPr>
          <w:b/>
        </w:rPr>
        <w:t xml:space="preserve">4. </w:t>
      </w:r>
      <w:r>
        <w:t>Find 12th term AP 4,9,14,...</w:t>
      </w:r>
    </w:p>
    <w:p>
      <w:pPr>
        <w:spacing w:after="60"/>
      </w:pPr>
      <w:r>
        <w:rPr>
          <w:b/>
        </w:rPr>
        <w:t xml:space="preserve">5. </w:t>
      </w:r>
      <w:r>
        <w:t>Find distance (1,1),(7,9).</w:t>
      </w:r>
    </w:p>
    <w:p>
      <w:pPr>
        <w:spacing w:after="60"/>
      </w:pPr>
      <w:r>
        <w:rPr>
          <w:b/>
        </w:rPr>
        <w:t xml:space="preserve">6. </w:t>
      </w:r>
      <w:r>
        <w:t>Find sin60°.</w:t>
      </w:r>
    </w:p>
    <w:p>
      <w:pPr>
        <w:spacing w:after="60"/>
      </w:pPr>
      <w:r>
        <w:rPr>
          <w:b/>
        </w:rPr>
        <w:t xml:space="preserve">7. </w:t>
      </w:r>
      <w:r>
        <w:t>Find area circle r=10.</w:t>
      </w:r>
    </w:p>
    <w:p>
      <w:pPr>
        <w:spacing w:after="60"/>
      </w:pPr>
      <w:r>
        <w:rPr>
          <w:b/>
        </w:rPr>
        <w:t xml:space="preserve">8. </w:t>
      </w:r>
      <w:r>
        <w:t>Find P(odd) on die.</w:t>
      </w:r>
    </w:p>
    <w:p>
      <w:r>
        <w:rPr>
          <w:b/>
          <w:color w:val="C65911"/>
          <w:sz w:val="23"/>
        </w:rPr>
        <w:t>Section B - Short Answer</w:t>
      </w:r>
    </w:p>
    <w:p>
      <w:pPr>
        <w:spacing w:after="60"/>
      </w:pPr>
      <w:r>
        <w:rPr>
          <w:b/>
        </w:rPr>
        <w:t xml:space="preserve">9. </w:t>
      </w:r>
      <w:r>
        <w:t>Solve x²-11x+28=0.</w:t>
      </w:r>
    </w:p>
    <w:p>
      <w:pPr>
        <w:spacing w:after="60"/>
      </w:pPr>
      <w:r>
        <w:rPr>
          <w:b/>
        </w:rPr>
        <w:t xml:space="preserve">10. </w:t>
      </w:r>
      <w:r>
        <w:t>Find sum first 20 terms AP 2,5,8,...</w:t>
      </w:r>
    </w:p>
    <w:p>
      <w:pPr>
        <w:spacing w:after="60"/>
      </w:pPr>
      <w:r>
        <w:rPr>
          <w:b/>
        </w:rPr>
        <w:t xml:space="preserve">11. </w:t>
      </w:r>
      <w:r>
        <w:t>If tanθ=5/12 find sinθ.</w:t>
      </w:r>
    </w:p>
    <w:p>
      <w:pPr>
        <w:spacing w:after="60"/>
      </w:pPr>
      <w:r>
        <w:rPr>
          <w:b/>
        </w:rPr>
        <w:t xml:space="preserve">12. </w:t>
      </w:r>
      <w:r>
        <w:t>Find midpoint (-3,4),(5,-2).</w:t>
      </w:r>
    </w:p>
    <w:p>
      <w:pPr>
        <w:spacing w:after="60"/>
      </w:pPr>
      <w:r>
        <w:rPr>
          <w:b/>
        </w:rPr>
        <w:t xml:space="preserve">13. </w:t>
      </w:r>
      <w:r>
        <w:t>A tangent from P is 15 cm. Find other tangent length.</w:t>
      </w:r>
    </w:p>
    <w:p>
      <w:r>
        <w:rPr>
          <w:b/>
          <w:color w:val="C65911"/>
          <w:sz w:val="23"/>
        </w:rPr>
        <w:t>Section C - Medium Answer</w:t>
      </w:r>
    </w:p>
    <w:p>
      <w:pPr>
        <w:spacing w:after="60"/>
      </w:pPr>
      <w:r>
        <w:rPr>
          <w:b/>
        </w:rPr>
        <w:t xml:space="preserve">14. </w:t>
      </w:r>
      <w:r>
        <w:t>A 15 m pole casts 15 m shadow. Find elevation angle.</w:t>
      </w:r>
    </w:p>
    <w:p>
      <w:pPr>
        <w:spacing w:after="60"/>
      </w:pPr>
      <w:r>
        <w:rPr>
          <w:b/>
        </w:rPr>
        <w:t xml:space="preserve">15. </w:t>
      </w:r>
      <w:r>
        <w:t>A cone r=6,h=8: find slant height and volume.</w:t>
      </w:r>
    </w:p>
    <w:p>
      <w:pPr>
        <w:spacing w:after="60"/>
      </w:pPr>
      <w:r>
        <w:rPr>
          <w:b/>
        </w:rPr>
        <w:t xml:space="preserve">16. </w:t>
      </w:r>
      <w:r>
        <w:t>A bag has 3 red,4 blue,5 white. Find P(red or white).</w:t>
      </w:r>
    </w:p>
    <w:p>
      <w:pPr>
        <w:spacing w:after="60"/>
      </w:pPr>
      <w:r>
        <w:rPr>
          <w:b/>
        </w:rPr>
        <w:t xml:space="preserve">17. </w:t>
      </w:r>
      <w:r>
        <w:t>Find mean of 12,15,18,21,24.</w:t>
      </w:r>
    </w:p>
    <w:p>
      <w:r>
        <w:rPr>
          <w:b/>
          <w:color w:val="C65911"/>
          <w:sz w:val="23"/>
        </w:rPr>
        <w:t>Section D - Long / Competency-Based</w:t>
      </w:r>
    </w:p>
    <w:p>
      <w:pPr>
        <w:spacing w:after="60"/>
      </w:pPr>
      <w:r>
        <w:rPr>
          <w:b/>
        </w:rPr>
        <w:t xml:space="preserve">18. </w:t>
      </w:r>
      <w:r>
        <w:t>Case study: An auditorium has 20 rows, 30 seats first row, increasing by 2 each row. Find last row and total seats.</w:t>
      </w:r>
    </w:p>
    <w:p>
      <w:pPr>
        <w:spacing w:after="60"/>
      </w:pPr>
      <w:r>
        <w:rPr>
          <w:b/>
        </w:rPr>
        <w:t xml:space="preserve">19. </w:t>
      </w:r>
      <w:r>
        <w:t>A tower height is observed at 45° from 40 m away. Find height; from what distance would angle be 30°?</w:t>
      </w:r>
    </w:p>
    <w:p>
      <w:pPr>
        <w:spacing w:after="60"/>
      </w:pPr>
      <w:r>
        <w:rPr>
          <w:b/>
        </w:rPr>
        <w:t xml:space="preserve">20. </w:t>
      </w:r>
      <w:r>
        <w:t>Mixed challenge: A cylindrical tank r=7 m,h=5 m is 80% full. Find water volume and probability question: if 5 identical outlet valves include 1 faulty and one is selected randomly, find P(selecting a working valve).</w:t>
      </w:r>
    </w:p>
    <w:sectPr w:rsidR="00FC693F" w:rsidRPr="0006063C" w:rsidSect="00034616">
      <w:foot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EazyMaths.in | Learn - Practice - Master Maths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