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– Worksheet 1</w:t>
      </w:r>
    </w:p>
    <w:p>
      <w:pPr>
        <w:jc w:val="center"/>
      </w:pPr>
      <w:r>
        <w:rPr>
          <w:b/>
          <w:color w:val="C65911"/>
          <w:sz w:val="28"/>
        </w:rPr>
        <w:t>Mixed Syllabus – Set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polynomials; linear/quadratic equations; AP; coordinate geometry; triangles; circles;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404.</w:t>
      </w:r>
    </w:p>
    <w:p>
      <w:pPr>
        <w:spacing w:after="60"/>
      </w:pPr>
      <w:r>
        <w:rPr>
          <w:b/>
        </w:rPr>
        <w:t xml:space="preserve">2. </w:t>
      </w:r>
      <w:r>
        <w:t>Find zeroes of x²-5x+6.</w:t>
      </w:r>
    </w:p>
    <w:p>
      <w:pPr>
        <w:spacing w:after="60"/>
      </w:pPr>
      <w:r>
        <w:rPr>
          <w:b/>
        </w:rPr>
        <w:t xml:space="preserve">3. </w:t>
      </w:r>
      <w:r>
        <w:t>Solve x+y=9,x-y=3.</w:t>
      </w:r>
    </w:p>
    <w:p>
      <w:pPr>
        <w:spacing w:after="60"/>
      </w:pPr>
      <w:r>
        <w:rPr>
          <w:b/>
        </w:rPr>
        <w:t xml:space="preserve">4. </w:t>
      </w:r>
      <w:r>
        <w:t>Find 20th term AP 5,9,13,...</w:t>
      </w:r>
    </w:p>
    <w:p>
      <w:pPr>
        <w:spacing w:after="60"/>
      </w:pPr>
      <w:r>
        <w:rPr>
          <w:b/>
        </w:rPr>
        <w:t xml:space="preserve">5. </w:t>
      </w:r>
      <w:r>
        <w:t>Find distance (2,3),(8,11).</w:t>
      </w:r>
    </w:p>
    <w:p>
      <w:pPr>
        <w:spacing w:after="60"/>
      </w:pPr>
      <w:r>
        <w:rPr>
          <w:b/>
        </w:rPr>
        <w:t xml:space="preserve">6. </w:t>
      </w:r>
      <w:r>
        <w:t>Find sin30°.</w:t>
      </w:r>
    </w:p>
    <w:p>
      <w:pPr>
        <w:spacing w:after="60"/>
      </w:pPr>
      <w:r>
        <w:rPr>
          <w:b/>
        </w:rPr>
        <w:t xml:space="preserve">7. </w:t>
      </w:r>
      <w:r>
        <w:t>Find area sector 90°,r14.</w:t>
      </w:r>
    </w:p>
    <w:p>
      <w:pPr>
        <w:spacing w:after="60"/>
      </w:pPr>
      <w:r>
        <w:rPr>
          <w:b/>
        </w:rPr>
        <w:t xml:space="preserve">8. </w:t>
      </w:r>
      <w:r>
        <w:t>Find probability of an ace from 52 cards.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If cosθ=4/5 find sinθ.</w:t>
      </w:r>
    </w:p>
    <w:p>
      <w:pPr>
        <w:spacing w:after="60"/>
      </w:pPr>
      <w:r>
        <w:rPr>
          <w:b/>
        </w:rPr>
        <w:t xml:space="preserve">12. </w:t>
      </w:r>
      <w:r>
        <w:t>Find volume cylinder r3,h10.</w:t>
      </w:r>
    </w:p>
    <w:p>
      <w:pPr>
        <w:spacing w:after="60"/>
      </w:pPr>
      <w:r>
        <w:rPr>
          <w:b/>
        </w:rPr>
        <w:t xml:space="preserve">13. </w:t>
      </w:r>
      <w:r>
        <w:t>Find mean 5,7,9,11,13.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area96 and length4 more than breadth. Find dimensions.</w:t>
      </w:r>
    </w:p>
    <w:p>
      <w:pPr>
        <w:spacing w:after="60"/>
      </w:pPr>
      <w:r>
        <w:rPr>
          <w:b/>
        </w:rPr>
        <w:t xml:space="preserve">15. </w:t>
      </w:r>
      <w:r>
        <w:t>A pole shadow 10√3 at elevation30°. Find height.</w:t>
      </w:r>
    </w:p>
    <w:p>
      <w:pPr>
        <w:spacing w:after="60"/>
      </w:pPr>
      <w:r>
        <w:rPr>
          <w:b/>
        </w:rPr>
        <w:t xml:space="preserve">16. </w:t>
      </w:r>
      <w:r>
        <w:t>A wheel r35 cm makes200 revolutions. Find distance.</w:t>
      </w:r>
    </w:p>
    <w:p>
      <w:pPr>
        <w:spacing w:after="60"/>
      </w:pPr>
      <w:r>
        <w:rPr>
          <w:b/>
        </w:rPr>
        <w:t xml:space="preserve">17. </w:t>
      </w:r>
      <w:r>
        <w:t>Bag 6 red,5 blue,4 green: find P(not blue).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25 seats first row,+3 each row,30 rows. Find last and total.</w:t>
      </w:r>
    </w:p>
    <w:p>
      <w:pPr>
        <w:spacing w:after="60"/>
      </w:pPr>
      <w:r>
        <w:rPr>
          <w:b/>
        </w:rPr>
        <w:t xml:space="preserve">19. </w:t>
      </w:r>
      <w:r>
        <w:t>Tower viewed at30°, then 20m closer at60°. Find height.</w:t>
      </w:r>
    </w:p>
    <w:p>
      <w:pPr>
        <w:spacing w:after="60"/>
      </w:pPr>
      <w:r>
        <w:rPr>
          <w:b/>
        </w:rPr>
        <w:t xml:space="preserve">20. </w:t>
      </w:r>
      <w:r>
        <w:t>Ice-cream cone r3,h12 topped hemisphere r3: find volume.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– Worksheet 2</w:t>
      </w:r>
    </w:p>
    <w:p>
      <w:pPr>
        <w:jc w:val="center"/>
      </w:pPr>
      <w:r>
        <w:rPr>
          <w:b/>
          <w:color w:val="C65911"/>
          <w:sz w:val="28"/>
        </w:rPr>
        <w:t>Mixed Syllabus – Set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polynomials; linear/quadratic equations; AP; coordinate geometry; triangles; circles;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404.</w:t>
      </w:r>
    </w:p>
    <w:p>
      <w:pPr>
        <w:spacing w:after="60"/>
      </w:pPr>
      <w:r>
        <w:rPr>
          <w:b/>
        </w:rPr>
        <w:t xml:space="preserve">2. </w:t>
      </w:r>
      <w:r>
        <w:t>Find zeroes of x²-5x+6.</w:t>
      </w:r>
    </w:p>
    <w:p>
      <w:pPr>
        <w:spacing w:after="60"/>
      </w:pPr>
      <w:r>
        <w:rPr>
          <w:b/>
        </w:rPr>
        <w:t xml:space="preserve">3. </w:t>
      </w:r>
      <w:r>
        <w:t>Solve x+y=9,x-y=3.</w:t>
      </w:r>
    </w:p>
    <w:p>
      <w:pPr>
        <w:spacing w:after="60"/>
      </w:pPr>
      <w:r>
        <w:rPr>
          <w:b/>
        </w:rPr>
        <w:t xml:space="preserve">4. </w:t>
      </w:r>
      <w:r>
        <w:t>Find 20th term AP 5,9,13,...</w:t>
      </w:r>
    </w:p>
    <w:p>
      <w:pPr>
        <w:spacing w:after="60"/>
      </w:pPr>
      <w:r>
        <w:rPr>
          <w:b/>
        </w:rPr>
        <w:t xml:space="preserve">5. </w:t>
      </w:r>
      <w:r>
        <w:t>Find distance (2,3),(8,11).</w:t>
      </w:r>
    </w:p>
    <w:p>
      <w:pPr>
        <w:spacing w:after="60"/>
      </w:pPr>
      <w:r>
        <w:rPr>
          <w:b/>
        </w:rPr>
        <w:t xml:space="preserve">6. </w:t>
      </w:r>
      <w:r>
        <w:t>Find sin30°.</w:t>
      </w:r>
    </w:p>
    <w:p>
      <w:pPr>
        <w:spacing w:after="60"/>
      </w:pPr>
      <w:r>
        <w:rPr>
          <w:b/>
        </w:rPr>
        <w:t xml:space="preserve">7. </w:t>
      </w:r>
      <w:r>
        <w:t>Find area sector 90°,r14.</w:t>
      </w:r>
    </w:p>
    <w:p>
      <w:pPr>
        <w:spacing w:after="60"/>
      </w:pPr>
      <w:r>
        <w:rPr>
          <w:b/>
        </w:rPr>
        <w:t xml:space="preserve">8. </w:t>
      </w:r>
      <w:r>
        <w:t>Find probability of an ace from 52 cards.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If cosθ=4/5 find sinθ.</w:t>
      </w:r>
    </w:p>
    <w:p>
      <w:pPr>
        <w:spacing w:after="60"/>
      </w:pPr>
      <w:r>
        <w:rPr>
          <w:b/>
        </w:rPr>
        <w:t xml:space="preserve">12. </w:t>
      </w:r>
      <w:r>
        <w:t>Find volume cylinder r3,h10.</w:t>
      </w:r>
    </w:p>
    <w:p>
      <w:pPr>
        <w:spacing w:after="60"/>
      </w:pPr>
      <w:r>
        <w:rPr>
          <w:b/>
        </w:rPr>
        <w:t xml:space="preserve">13. </w:t>
      </w:r>
      <w:r>
        <w:t>Find mean 5,7,9,11,13.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area96 and length4 more than breadth. Find dimensions.</w:t>
      </w:r>
    </w:p>
    <w:p>
      <w:pPr>
        <w:spacing w:after="60"/>
      </w:pPr>
      <w:r>
        <w:rPr>
          <w:b/>
        </w:rPr>
        <w:t xml:space="preserve">15. </w:t>
      </w:r>
      <w:r>
        <w:t>A pole shadow 10√3 at elevation30°. Find height.</w:t>
      </w:r>
    </w:p>
    <w:p>
      <w:pPr>
        <w:spacing w:after="60"/>
      </w:pPr>
      <w:r>
        <w:rPr>
          <w:b/>
        </w:rPr>
        <w:t xml:space="preserve">16. </w:t>
      </w:r>
      <w:r>
        <w:t>A wheel r35 cm makes200 revolutions. Find distance.</w:t>
      </w:r>
    </w:p>
    <w:p>
      <w:pPr>
        <w:spacing w:after="60"/>
      </w:pPr>
      <w:r>
        <w:rPr>
          <w:b/>
        </w:rPr>
        <w:t xml:space="preserve">17. </w:t>
      </w:r>
      <w:r>
        <w:t>Bag 6 red,5 blue,4 green: find P(not blue).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25 seats first row,+3 each row,30 rows. Find last and total.</w:t>
      </w:r>
    </w:p>
    <w:p>
      <w:pPr>
        <w:spacing w:after="60"/>
      </w:pPr>
      <w:r>
        <w:rPr>
          <w:b/>
        </w:rPr>
        <w:t xml:space="preserve">19. </w:t>
      </w:r>
      <w:r>
        <w:t>Tower viewed at30°, then 20m closer at60°. Find height.</w:t>
      </w:r>
    </w:p>
    <w:p>
      <w:pPr>
        <w:spacing w:after="60"/>
      </w:pPr>
      <w:r>
        <w:rPr>
          <w:b/>
        </w:rPr>
        <w:t xml:space="preserve">20. </w:t>
      </w:r>
      <w:r>
        <w:t>Ice-cream cone r3,h12 topped hemisphere r3: find volume.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– Worksheet 3</w:t>
      </w:r>
    </w:p>
    <w:p>
      <w:pPr>
        <w:jc w:val="center"/>
      </w:pPr>
      <w:r>
        <w:rPr>
          <w:b/>
          <w:color w:val="C65911"/>
          <w:sz w:val="28"/>
        </w:rPr>
        <w:t>Mixed Syllabus – Set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polynomials; linear/quadratic equations; AP; coordinate geometry; triangles; circles;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404.</w:t>
      </w:r>
    </w:p>
    <w:p>
      <w:pPr>
        <w:spacing w:after="60"/>
      </w:pPr>
      <w:r>
        <w:rPr>
          <w:b/>
        </w:rPr>
        <w:t xml:space="preserve">2. </w:t>
      </w:r>
      <w:r>
        <w:t>Find zeroes of x²-5x+6.</w:t>
      </w:r>
    </w:p>
    <w:p>
      <w:pPr>
        <w:spacing w:after="60"/>
      </w:pPr>
      <w:r>
        <w:rPr>
          <w:b/>
        </w:rPr>
        <w:t xml:space="preserve">3. </w:t>
      </w:r>
      <w:r>
        <w:t>Solve x+y=9,x-y=3.</w:t>
      </w:r>
    </w:p>
    <w:p>
      <w:pPr>
        <w:spacing w:after="60"/>
      </w:pPr>
      <w:r>
        <w:rPr>
          <w:b/>
        </w:rPr>
        <w:t xml:space="preserve">4. </w:t>
      </w:r>
      <w:r>
        <w:t>Find 20th term AP 5,9,13,...</w:t>
      </w:r>
    </w:p>
    <w:p>
      <w:pPr>
        <w:spacing w:after="60"/>
      </w:pPr>
      <w:r>
        <w:rPr>
          <w:b/>
        </w:rPr>
        <w:t xml:space="preserve">5. </w:t>
      </w:r>
      <w:r>
        <w:t>Find distance (2,3),(8,11).</w:t>
      </w:r>
    </w:p>
    <w:p>
      <w:pPr>
        <w:spacing w:after="60"/>
      </w:pPr>
      <w:r>
        <w:rPr>
          <w:b/>
        </w:rPr>
        <w:t xml:space="preserve">6. </w:t>
      </w:r>
      <w:r>
        <w:t>Find sin30°.</w:t>
      </w:r>
    </w:p>
    <w:p>
      <w:pPr>
        <w:spacing w:after="60"/>
      </w:pPr>
      <w:r>
        <w:rPr>
          <w:b/>
        </w:rPr>
        <w:t xml:space="preserve">7. </w:t>
      </w:r>
      <w:r>
        <w:t>Find area sector 90°,r14.</w:t>
      </w:r>
    </w:p>
    <w:p>
      <w:pPr>
        <w:spacing w:after="60"/>
      </w:pPr>
      <w:r>
        <w:rPr>
          <w:b/>
        </w:rPr>
        <w:t xml:space="preserve">8. </w:t>
      </w:r>
      <w:r>
        <w:t>Find probability of an ace from 52 cards.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If cosθ=4/5 find sinθ.</w:t>
      </w:r>
    </w:p>
    <w:p>
      <w:pPr>
        <w:spacing w:after="60"/>
      </w:pPr>
      <w:r>
        <w:rPr>
          <w:b/>
        </w:rPr>
        <w:t xml:space="preserve">12. </w:t>
      </w:r>
      <w:r>
        <w:t>Find volume cylinder r3,h10.</w:t>
      </w:r>
    </w:p>
    <w:p>
      <w:pPr>
        <w:spacing w:after="60"/>
      </w:pPr>
      <w:r>
        <w:rPr>
          <w:b/>
        </w:rPr>
        <w:t xml:space="preserve">13. </w:t>
      </w:r>
      <w:r>
        <w:t>Find mean 5,7,9,11,13.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area96 and length4 more than breadth. Find dimensions.</w:t>
      </w:r>
    </w:p>
    <w:p>
      <w:pPr>
        <w:spacing w:after="60"/>
      </w:pPr>
      <w:r>
        <w:rPr>
          <w:b/>
        </w:rPr>
        <w:t xml:space="preserve">15. </w:t>
      </w:r>
      <w:r>
        <w:t>A pole shadow 10√3 at elevation30°. Find height.</w:t>
      </w:r>
    </w:p>
    <w:p>
      <w:pPr>
        <w:spacing w:after="60"/>
      </w:pPr>
      <w:r>
        <w:rPr>
          <w:b/>
        </w:rPr>
        <w:t xml:space="preserve">16. </w:t>
      </w:r>
      <w:r>
        <w:t>A wheel r35 cm makes200 revolutions. Find distance.</w:t>
      </w:r>
    </w:p>
    <w:p>
      <w:pPr>
        <w:spacing w:after="60"/>
      </w:pPr>
      <w:r>
        <w:rPr>
          <w:b/>
        </w:rPr>
        <w:t xml:space="preserve">17. </w:t>
      </w:r>
      <w:r>
        <w:t>Bag 6 red,5 blue,4 green: find P(not blue).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25 seats first row,+3 each row,30 rows. Find last and total.</w:t>
      </w:r>
    </w:p>
    <w:p>
      <w:pPr>
        <w:spacing w:after="60"/>
      </w:pPr>
      <w:r>
        <w:rPr>
          <w:b/>
        </w:rPr>
        <w:t xml:space="preserve">19. </w:t>
      </w:r>
      <w:r>
        <w:t>Tower viewed at30°, then 20m closer at60°. Find height.</w:t>
      </w:r>
    </w:p>
    <w:p>
      <w:pPr>
        <w:spacing w:after="60"/>
      </w:pPr>
      <w:r>
        <w:rPr>
          <w:b/>
        </w:rPr>
        <w:t xml:space="preserve">20. </w:t>
      </w:r>
      <w:r>
        <w:t>Ice-cream cone r3,h12 topped hemisphere r3: find volume.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– Worksheet 4</w:t>
      </w:r>
    </w:p>
    <w:p>
      <w:pPr>
        <w:jc w:val="center"/>
      </w:pPr>
      <w:r>
        <w:rPr>
          <w:b/>
          <w:color w:val="C65911"/>
          <w:sz w:val="28"/>
        </w:rPr>
        <w:t>Mixed Syllabus – Set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polynomials; linear/quadratic equations; AP; coordinate geometry; triangles; circles;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404.</w:t>
      </w:r>
    </w:p>
    <w:p>
      <w:pPr>
        <w:spacing w:after="60"/>
      </w:pPr>
      <w:r>
        <w:rPr>
          <w:b/>
        </w:rPr>
        <w:t xml:space="preserve">2. </w:t>
      </w:r>
      <w:r>
        <w:t>Find zeroes of x²-5x+6.</w:t>
      </w:r>
    </w:p>
    <w:p>
      <w:pPr>
        <w:spacing w:after="60"/>
      </w:pPr>
      <w:r>
        <w:rPr>
          <w:b/>
        </w:rPr>
        <w:t xml:space="preserve">3. </w:t>
      </w:r>
      <w:r>
        <w:t>Solve x+y=9,x-y=3.</w:t>
      </w:r>
    </w:p>
    <w:p>
      <w:pPr>
        <w:spacing w:after="60"/>
      </w:pPr>
      <w:r>
        <w:rPr>
          <w:b/>
        </w:rPr>
        <w:t xml:space="preserve">4. </w:t>
      </w:r>
      <w:r>
        <w:t>Find 20th term AP 5,9,13,...</w:t>
      </w:r>
    </w:p>
    <w:p>
      <w:pPr>
        <w:spacing w:after="60"/>
      </w:pPr>
      <w:r>
        <w:rPr>
          <w:b/>
        </w:rPr>
        <w:t xml:space="preserve">5. </w:t>
      </w:r>
      <w:r>
        <w:t>Find distance (2,3),(8,11).</w:t>
      </w:r>
    </w:p>
    <w:p>
      <w:pPr>
        <w:spacing w:after="60"/>
      </w:pPr>
      <w:r>
        <w:rPr>
          <w:b/>
        </w:rPr>
        <w:t xml:space="preserve">6. </w:t>
      </w:r>
      <w:r>
        <w:t>Find sin30°.</w:t>
      </w:r>
    </w:p>
    <w:p>
      <w:pPr>
        <w:spacing w:after="60"/>
      </w:pPr>
      <w:r>
        <w:rPr>
          <w:b/>
        </w:rPr>
        <w:t xml:space="preserve">7. </w:t>
      </w:r>
      <w:r>
        <w:t>Find area sector 90°,r14.</w:t>
      </w:r>
    </w:p>
    <w:p>
      <w:pPr>
        <w:spacing w:after="60"/>
      </w:pPr>
      <w:r>
        <w:rPr>
          <w:b/>
        </w:rPr>
        <w:t xml:space="preserve">8. </w:t>
      </w:r>
      <w:r>
        <w:t>Find probability of an ace from 52 cards.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If cosθ=4/5 find sinθ.</w:t>
      </w:r>
    </w:p>
    <w:p>
      <w:pPr>
        <w:spacing w:after="60"/>
      </w:pPr>
      <w:r>
        <w:rPr>
          <w:b/>
        </w:rPr>
        <w:t xml:space="preserve">12. </w:t>
      </w:r>
      <w:r>
        <w:t>Find volume cylinder r3,h10.</w:t>
      </w:r>
    </w:p>
    <w:p>
      <w:pPr>
        <w:spacing w:after="60"/>
      </w:pPr>
      <w:r>
        <w:rPr>
          <w:b/>
        </w:rPr>
        <w:t xml:space="preserve">13. </w:t>
      </w:r>
      <w:r>
        <w:t>Find mean 5,7,9,11,13.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area96 and length4 more than breadth. Find dimensions.</w:t>
      </w:r>
    </w:p>
    <w:p>
      <w:pPr>
        <w:spacing w:after="60"/>
      </w:pPr>
      <w:r>
        <w:rPr>
          <w:b/>
        </w:rPr>
        <w:t xml:space="preserve">15. </w:t>
      </w:r>
      <w:r>
        <w:t>A pole shadow 10√3 at elevation30°. Find height.</w:t>
      </w:r>
    </w:p>
    <w:p>
      <w:pPr>
        <w:spacing w:after="60"/>
      </w:pPr>
      <w:r>
        <w:rPr>
          <w:b/>
        </w:rPr>
        <w:t xml:space="preserve">16. </w:t>
      </w:r>
      <w:r>
        <w:t>A wheel r35 cm makes200 revolutions. Find distance.</w:t>
      </w:r>
    </w:p>
    <w:p>
      <w:pPr>
        <w:spacing w:after="60"/>
      </w:pPr>
      <w:r>
        <w:rPr>
          <w:b/>
        </w:rPr>
        <w:t xml:space="preserve">17. </w:t>
      </w:r>
      <w:r>
        <w:t>Bag 6 red,5 blue,4 green: find P(not blue).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25 seats first row,+3 each row,30 rows. Find last and total.</w:t>
      </w:r>
    </w:p>
    <w:p>
      <w:pPr>
        <w:spacing w:after="60"/>
      </w:pPr>
      <w:r>
        <w:rPr>
          <w:b/>
        </w:rPr>
        <w:t xml:space="preserve">19. </w:t>
      </w:r>
      <w:r>
        <w:t>Tower viewed at30°, then 20m closer at60°. Find height.</w:t>
      </w:r>
    </w:p>
    <w:p>
      <w:pPr>
        <w:spacing w:after="60"/>
      </w:pPr>
      <w:r>
        <w:rPr>
          <w:b/>
        </w:rPr>
        <w:t xml:space="preserve">20. </w:t>
      </w:r>
      <w:r>
        <w:t>Ice-cream cone r3,h12 topped hemisphere r3: find volume.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– Worksheet 5</w:t>
      </w:r>
    </w:p>
    <w:p>
      <w:pPr>
        <w:jc w:val="center"/>
      </w:pPr>
      <w:r>
        <w:rPr>
          <w:b/>
          <w:color w:val="C65911"/>
          <w:sz w:val="28"/>
        </w:rPr>
        <w:t>Mixed Syllabus – Set 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polynomials; linear/quadratic equations; AP; coordinate geometry; triangles; circles;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404.</w:t>
      </w:r>
    </w:p>
    <w:p>
      <w:pPr>
        <w:spacing w:after="60"/>
      </w:pPr>
      <w:r>
        <w:rPr>
          <w:b/>
        </w:rPr>
        <w:t xml:space="preserve">2. </w:t>
      </w:r>
      <w:r>
        <w:t>Find zeroes of x²-5x+6.</w:t>
      </w:r>
    </w:p>
    <w:p>
      <w:pPr>
        <w:spacing w:after="60"/>
      </w:pPr>
      <w:r>
        <w:rPr>
          <w:b/>
        </w:rPr>
        <w:t xml:space="preserve">3. </w:t>
      </w:r>
      <w:r>
        <w:t>Solve x+y=9,x-y=3.</w:t>
      </w:r>
    </w:p>
    <w:p>
      <w:pPr>
        <w:spacing w:after="60"/>
      </w:pPr>
      <w:r>
        <w:rPr>
          <w:b/>
        </w:rPr>
        <w:t xml:space="preserve">4. </w:t>
      </w:r>
      <w:r>
        <w:t>Find 20th term AP 5,9,13,...</w:t>
      </w:r>
    </w:p>
    <w:p>
      <w:pPr>
        <w:spacing w:after="60"/>
      </w:pPr>
      <w:r>
        <w:rPr>
          <w:b/>
        </w:rPr>
        <w:t xml:space="preserve">5. </w:t>
      </w:r>
      <w:r>
        <w:t>Find distance (2,3),(8,11).</w:t>
      </w:r>
    </w:p>
    <w:p>
      <w:pPr>
        <w:spacing w:after="60"/>
      </w:pPr>
      <w:r>
        <w:rPr>
          <w:b/>
        </w:rPr>
        <w:t xml:space="preserve">6. </w:t>
      </w:r>
      <w:r>
        <w:t>Find sin30°.</w:t>
      </w:r>
    </w:p>
    <w:p>
      <w:pPr>
        <w:spacing w:after="60"/>
      </w:pPr>
      <w:r>
        <w:rPr>
          <w:b/>
        </w:rPr>
        <w:t xml:space="preserve">7. </w:t>
      </w:r>
      <w:r>
        <w:t>Find area sector 90°,r14.</w:t>
      </w:r>
    </w:p>
    <w:p>
      <w:pPr>
        <w:spacing w:after="60"/>
      </w:pPr>
      <w:r>
        <w:rPr>
          <w:b/>
        </w:rPr>
        <w:t xml:space="preserve">8. </w:t>
      </w:r>
      <w:r>
        <w:t>Find probability of an ace from 52 cards.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If cosθ=4/5 find sinθ.</w:t>
      </w:r>
    </w:p>
    <w:p>
      <w:pPr>
        <w:spacing w:after="60"/>
      </w:pPr>
      <w:r>
        <w:rPr>
          <w:b/>
        </w:rPr>
        <w:t xml:space="preserve">12. </w:t>
      </w:r>
      <w:r>
        <w:t>Find volume cylinder r3,h10.</w:t>
      </w:r>
    </w:p>
    <w:p>
      <w:pPr>
        <w:spacing w:after="60"/>
      </w:pPr>
      <w:r>
        <w:rPr>
          <w:b/>
        </w:rPr>
        <w:t xml:space="preserve">13. </w:t>
      </w:r>
      <w:r>
        <w:t>Find mean 5,7,9,11,13.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 rectangle area96 and length4 more than breadth. Find dimensions.</w:t>
      </w:r>
    </w:p>
    <w:p>
      <w:pPr>
        <w:spacing w:after="60"/>
      </w:pPr>
      <w:r>
        <w:rPr>
          <w:b/>
        </w:rPr>
        <w:t xml:space="preserve">15. </w:t>
      </w:r>
      <w:r>
        <w:t>A pole shadow 10√3 at elevation30°. Find height.</w:t>
      </w:r>
    </w:p>
    <w:p>
      <w:pPr>
        <w:spacing w:after="60"/>
      </w:pPr>
      <w:r>
        <w:rPr>
          <w:b/>
        </w:rPr>
        <w:t xml:space="preserve">16. </w:t>
      </w:r>
      <w:r>
        <w:t>A wheel r35 cm makes200 revolutions. Find distance.</w:t>
      </w:r>
    </w:p>
    <w:p>
      <w:pPr>
        <w:spacing w:after="60"/>
      </w:pPr>
      <w:r>
        <w:rPr>
          <w:b/>
        </w:rPr>
        <w:t xml:space="preserve">17. </w:t>
      </w:r>
      <w:r>
        <w:t>Bag 6 red,5 blue,4 green: find P(not blue).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25 seats first row,+3 each row,30 rows. Find last and total.</w:t>
      </w:r>
    </w:p>
    <w:p>
      <w:pPr>
        <w:spacing w:after="60"/>
      </w:pPr>
      <w:r>
        <w:rPr>
          <w:b/>
        </w:rPr>
        <w:t xml:space="preserve">19. </w:t>
      </w:r>
      <w:r>
        <w:t>Tower viewed at30°, then 20m closer at60°. Find height.</w:t>
      </w:r>
    </w:p>
    <w:p>
      <w:pPr>
        <w:spacing w:after="60"/>
      </w:pPr>
      <w:r>
        <w:rPr>
          <w:b/>
        </w:rPr>
        <w:t xml:space="preserve">20. </w:t>
      </w:r>
      <w:r>
        <w:t>Ice-cream cone r3,h12 topped hemisphere r3: find volume.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