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9 Mathematics - Worksheet 1</w:t>
      </w:r>
    </w:p>
    <w:p>
      <w:pPr>
        <w:jc w:val="center"/>
      </w:pPr>
      <w:r>
        <w:rPr>
          <w:b/>
          <w:color w:val="C65911"/>
          <w:sz w:val="28"/>
        </w:rPr>
        <w:t>Number Systems, Polynomials &amp; Sequences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Real numbers; rational/irrational numbers; polynomials; linear patterns; AP and GP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Classify √7 as rational or irrational.</w:t>
      </w:r>
    </w:p>
    <w:p>
      <w:pPr>
        <w:spacing w:after="60"/>
      </w:pPr>
      <w:r>
        <w:rPr>
          <w:b/>
        </w:rPr>
        <w:t xml:space="preserve">2. </w:t>
      </w:r>
      <w:r>
        <w:t>Write 0.272727... as rational/irrational type.</w:t>
      </w:r>
    </w:p>
    <w:p>
      <w:pPr>
        <w:spacing w:after="60"/>
      </w:pPr>
      <w:r>
        <w:rPr>
          <w:b/>
        </w:rPr>
        <w:t xml:space="preserve">3. </w:t>
      </w:r>
      <w:r>
        <w:t>Find degree of 5x³-2x+7.</w:t>
      </w:r>
    </w:p>
    <w:p>
      <w:pPr>
        <w:spacing w:after="60"/>
      </w:pPr>
      <w:r>
        <w:rPr>
          <w:b/>
        </w:rPr>
        <w:t xml:space="preserve">4. </w:t>
      </w:r>
      <w:r>
        <w:t>Find slope and y-intercept of y=3x-5.</w:t>
      </w:r>
    </w:p>
    <w:p>
      <w:pPr>
        <w:spacing w:after="60"/>
      </w:pPr>
      <w:r>
        <w:rPr>
          <w:b/>
        </w:rPr>
        <w:t xml:space="preserve">5. </w:t>
      </w:r>
      <w:r>
        <w:t>Find next term of AP 7,12,17,...</w:t>
      </w:r>
    </w:p>
    <w:p>
      <w:pPr>
        <w:spacing w:after="60"/>
      </w:pPr>
      <w:r>
        <w:rPr>
          <w:b/>
        </w:rPr>
        <w:t xml:space="preserve">6. </w:t>
      </w:r>
      <w:r>
        <w:t>Find 10th term of GP 3,6,12,...</w:t>
      </w:r>
    </w:p>
    <w:p>
      <w:pPr>
        <w:spacing w:after="60"/>
      </w:pPr>
      <w:r>
        <w:rPr>
          <w:b/>
        </w:rPr>
        <w:t xml:space="preserve">7. </w:t>
      </w:r>
      <w:r>
        <w:t>Between which integers does √50 lie?</w:t>
      </w:r>
    </w:p>
    <w:p>
      <w:pPr>
        <w:spacing w:after="60"/>
      </w:pPr>
      <w:r>
        <w:rPr>
          <w:b/>
        </w:rPr>
        <w:t xml:space="preserve">8. </w:t>
      </w:r>
      <w:r>
        <w:t>Find value of 2x²-3x+1 at x=2.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Find 25th term of AP 4,9,14,...</w:t>
      </w:r>
    </w:p>
    <w:p>
      <w:pPr>
        <w:spacing w:after="60"/>
      </w:pPr>
      <w:r>
        <w:rPr>
          <w:b/>
        </w:rPr>
        <w:t xml:space="preserve">10. </w:t>
      </w:r>
      <w:r>
        <w:t>Find 8th term of GP 5,10,20,...</w:t>
      </w:r>
    </w:p>
    <w:p>
      <w:pPr>
        <w:spacing w:after="60"/>
      </w:pPr>
      <w:r>
        <w:rPr>
          <w:b/>
        </w:rPr>
        <w:t xml:space="preserve">11. </w:t>
      </w:r>
      <w:r>
        <w:t>Represent 0.125 as a fraction in simplest form.</w:t>
      </w:r>
    </w:p>
    <w:p>
      <w:pPr>
        <w:spacing w:after="60"/>
      </w:pPr>
      <w:r>
        <w:rPr>
          <w:b/>
        </w:rPr>
        <w:t xml:space="preserve">12. </w:t>
      </w:r>
      <w:r>
        <w:t>A linear pattern is 11,18,25,... Write nth-term rule.</w:t>
      </w:r>
    </w:p>
    <w:p>
      <w:pPr>
        <w:spacing w:after="60"/>
      </w:pPr>
      <w:r>
        <w:rPr>
          <w:b/>
        </w:rPr>
        <w:t xml:space="preserve">13. </w:t>
      </w:r>
      <w:r>
        <w:t>Explain why √2 cannot be rational (outline reasoning).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Find sum of first 30 natural numbers.</w:t>
      </w:r>
    </w:p>
    <w:p>
      <w:pPr>
        <w:spacing w:after="60"/>
      </w:pPr>
      <w:r>
        <w:rPr>
          <w:b/>
        </w:rPr>
        <w:t xml:space="preserve">15. </w:t>
      </w:r>
      <w:r>
        <w:t>A bacteria count triples every hour from 20. Model first 6 values as a GP.</w:t>
      </w:r>
    </w:p>
    <w:p>
      <w:pPr>
        <w:spacing w:after="60"/>
      </w:pPr>
      <w:r>
        <w:rPr>
          <w:b/>
        </w:rPr>
        <w:t xml:space="preserve">16. </w:t>
      </w:r>
      <w:r>
        <w:t>Graphically interpret slope 2 and y-intercept -3 for y=2x-3.</w:t>
      </w:r>
    </w:p>
    <w:p>
      <w:pPr>
        <w:spacing w:after="60"/>
      </w:pPr>
      <w:r>
        <w:rPr>
          <w:b/>
        </w:rPr>
        <w:t xml:space="preserve">17. </w:t>
      </w:r>
      <w:r>
        <w:t>Compare growth of AP 2,5,8,... and GP 2,4,8,... at the 8th term.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A theatre has 24 seats in first row and 3 more in each next row. Find seats in row 20 and total increase from row 1.</w:t>
      </w:r>
    </w:p>
    <w:p>
      <w:pPr>
        <w:spacing w:after="60"/>
      </w:pPr>
      <w:r>
        <w:rPr>
          <w:b/>
        </w:rPr>
        <w:t xml:space="preserve">19. </w:t>
      </w:r>
      <w:r>
        <w:t>Case study: A fractal has 1 triangle at stage 0 and 3 times as many each stage. Find stages 1-6 and express stage n.</w:t>
      </w:r>
    </w:p>
    <w:p>
      <w:pPr>
        <w:spacing w:after="60"/>
      </w:pPr>
      <w:r>
        <w:rPr>
          <w:b/>
        </w:rPr>
        <w:t xml:space="preserve">20. </w:t>
      </w:r>
      <w:r>
        <w:t>A line has equation y=-2x+8. Find intercepts, state whether it shows growth/decay as x increases, and calculate y for x=-2,0,5.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9 Mathematics - Worksheet 2</w:t>
      </w:r>
    </w:p>
    <w:p>
      <w:pPr>
        <w:jc w:val="center"/>
      </w:pPr>
      <w:r>
        <w:rPr>
          <w:b/>
          <w:color w:val="C65911"/>
          <w:sz w:val="28"/>
        </w:rPr>
        <w:t>Algebra &amp; Linear Equations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Algebraic identities; factorisation; rational expressions; linear equations in two variables; pairs of equations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Expand (x+5)².</w:t>
      </w:r>
    </w:p>
    <w:p>
      <w:pPr>
        <w:spacing w:after="60"/>
      </w:pPr>
      <w:r>
        <w:rPr>
          <w:b/>
        </w:rPr>
        <w:t xml:space="preserve">2. </w:t>
      </w:r>
      <w:r>
        <w:t>Factorise x²-9.</w:t>
      </w:r>
    </w:p>
    <w:p>
      <w:pPr>
        <w:spacing w:after="60"/>
      </w:pPr>
      <w:r>
        <w:rPr>
          <w:b/>
        </w:rPr>
        <w:t xml:space="preserve">3. </w:t>
      </w:r>
      <w:r>
        <w:t>Solve x+y=10 if x=4.</w:t>
      </w:r>
    </w:p>
    <w:p>
      <w:pPr>
        <w:spacing w:after="60"/>
      </w:pPr>
      <w:r>
        <w:rPr>
          <w:b/>
        </w:rPr>
        <w:t xml:space="preserve">4. </w:t>
      </w:r>
      <w:r>
        <w:t>Find slope of y=-3x+7.</w:t>
      </w:r>
    </w:p>
    <w:p>
      <w:pPr>
        <w:spacing w:after="60"/>
      </w:pPr>
      <w:r>
        <w:rPr>
          <w:b/>
        </w:rPr>
        <w:t xml:space="preserve">5. </w:t>
      </w:r>
      <w:r>
        <w:t>State whether 2x+3y=6 is linear.</w:t>
      </w:r>
    </w:p>
    <w:p>
      <w:pPr>
        <w:spacing w:after="60"/>
      </w:pPr>
      <w:r>
        <w:rPr>
          <w:b/>
        </w:rPr>
        <w:t xml:space="preserve">6. </w:t>
      </w:r>
      <w:r>
        <w:t>Simplify (x²-9)/(x-3), x≠3.</w:t>
      </w:r>
    </w:p>
    <w:p>
      <w:pPr>
        <w:spacing w:after="60"/>
      </w:pPr>
      <w:r>
        <w:rPr>
          <w:b/>
        </w:rPr>
        <w:t xml:space="preserve">7. </w:t>
      </w:r>
      <w:r>
        <w:t>Solve x+y=7, x-y=1.</w:t>
      </w:r>
    </w:p>
    <w:p>
      <w:pPr>
        <w:spacing w:after="60"/>
      </w:pPr>
      <w:r>
        <w:rPr>
          <w:b/>
        </w:rPr>
        <w:t xml:space="preserve">8. </w:t>
      </w:r>
      <w:r>
        <w:t>Factorise 4x²+12x+9.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Use substitution: 2x+y=11, x-y=1.</w:t>
      </w:r>
    </w:p>
    <w:p>
      <w:pPr>
        <w:spacing w:after="60"/>
      </w:pPr>
      <w:r>
        <w:rPr>
          <w:b/>
        </w:rPr>
        <w:t xml:space="preserve">10. </w:t>
      </w:r>
      <w:r>
        <w:t>Use elimination: 3x+2y=16, x+2y=8.</w:t>
      </w:r>
    </w:p>
    <w:p>
      <w:pPr>
        <w:spacing w:after="60"/>
      </w:pPr>
      <w:r>
        <w:rPr>
          <w:b/>
        </w:rPr>
        <w:t xml:space="preserve">11. </w:t>
      </w:r>
      <w:r>
        <w:t>Find nature of solutions: x+y=4 and 2x+2y=8.</w:t>
      </w:r>
    </w:p>
    <w:p>
      <w:pPr>
        <w:spacing w:after="60"/>
      </w:pPr>
      <w:r>
        <w:rPr>
          <w:b/>
        </w:rPr>
        <w:t xml:space="preserve">12. </w:t>
      </w:r>
      <w:r>
        <w:t>Find nature: x+y=4 and x+y=7.</w:t>
      </w:r>
    </w:p>
    <w:p>
      <w:pPr>
        <w:spacing w:after="60"/>
      </w:pPr>
      <w:r>
        <w:rPr>
          <w:b/>
        </w:rPr>
        <w:t xml:space="preserve">13. </w:t>
      </w:r>
      <w:r>
        <w:t>Expand and simplify (2x-3y)².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Factorise x²+9x+20.</w:t>
      </w:r>
    </w:p>
    <w:p>
      <w:pPr>
        <w:spacing w:after="60"/>
      </w:pPr>
      <w:r>
        <w:rPr>
          <w:b/>
        </w:rPr>
        <w:t xml:space="preserve">15. </w:t>
      </w:r>
      <w:r>
        <w:t>A taxi charges fixed Rs 50 plus Rs 12/km. Form equation y in terms of x and identify slope/intercept.</w:t>
      </w:r>
    </w:p>
    <w:p>
      <w:pPr>
        <w:spacing w:after="60"/>
      </w:pPr>
      <w:r>
        <w:rPr>
          <w:b/>
        </w:rPr>
        <w:t xml:space="preserve">16. </w:t>
      </w:r>
      <w:r>
        <w:t>Two notebooks and three pens cost Rs 96; one notebook and two pens cost Rs 58. Find prices.</w:t>
      </w:r>
    </w:p>
    <w:p>
      <w:pPr>
        <w:spacing w:after="60"/>
      </w:pPr>
      <w:r>
        <w:rPr>
          <w:b/>
        </w:rPr>
        <w:t xml:space="preserve">17. </w:t>
      </w:r>
      <w:r>
        <w:t>Graph y=2x+1 using any three points and state intercept.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Adult tickets cost x and child tickets y. 3 adults+2 children=Rs 760; 2 adults+4 children=Rs 720. Find both prices.</w:t>
      </w:r>
    </w:p>
    <w:p>
      <w:pPr>
        <w:spacing w:after="60"/>
      </w:pPr>
      <w:r>
        <w:rPr>
          <w:b/>
        </w:rPr>
        <w:t xml:space="preserve">19. </w:t>
      </w:r>
      <w:r>
        <w:t>A rectangle perimeter is 50 cm and length is 5 cm more than breadth. Form and solve equations.</w:t>
      </w:r>
    </w:p>
    <w:p>
      <w:pPr>
        <w:spacing w:after="60"/>
      </w:pPr>
      <w:r>
        <w:rPr>
          <w:b/>
        </w:rPr>
        <w:t xml:space="preserve">20. </w:t>
      </w:r>
      <w:r>
        <w:t>A school sells two types of coupons. 5A+3B=Rs 390 and 2A+4B=Rs 280. Solve and verify in both equations.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9 Mathematics - Worksheet 3</w:t>
      </w:r>
    </w:p>
    <w:p>
      <w:pPr>
        <w:jc w:val="center"/>
      </w:pPr>
      <w:r>
        <w:rPr>
          <w:b/>
          <w:color w:val="C65911"/>
          <w:sz w:val="28"/>
        </w:rPr>
        <w:t>Coordinate Geometry &amp; Core Geometry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Cartesian plane; distance/midpoint; Euclid; lines and angles; triangle congruence; quadrilaterals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State quadrant of (-4,5).</w:t>
      </w:r>
    </w:p>
    <w:p>
      <w:pPr>
        <w:spacing w:after="60"/>
      </w:pPr>
      <w:r>
        <w:rPr>
          <w:b/>
        </w:rPr>
        <w:t xml:space="preserve">2. </w:t>
      </w:r>
      <w:r>
        <w:t>Find distance between (0,0) and (3,4).</w:t>
      </w:r>
    </w:p>
    <w:p>
      <w:pPr>
        <w:spacing w:after="60"/>
      </w:pPr>
      <w:r>
        <w:rPr>
          <w:b/>
        </w:rPr>
        <w:t xml:space="preserve">3. </w:t>
      </w:r>
      <w:r>
        <w:t>Find midpoint of (2,6) and (8,10).</w:t>
      </w:r>
    </w:p>
    <w:p>
      <w:pPr>
        <w:spacing w:after="60"/>
      </w:pPr>
      <w:r>
        <w:rPr>
          <w:b/>
        </w:rPr>
        <w:t xml:space="preserve">4. </w:t>
      </w:r>
      <w:r>
        <w:t>If one angle of linear pair is 72°, find other.</w:t>
      </w:r>
    </w:p>
    <w:p>
      <w:pPr>
        <w:spacing w:after="60"/>
      </w:pPr>
      <w:r>
        <w:rPr>
          <w:b/>
        </w:rPr>
        <w:t xml:space="preserve">5. </w:t>
      </w:r>
      <w:r>
        <w:t>State SSS congruence criterion.</w:t>
      </w:r>
    </w:p>
    <w:p>
      <w:pPr>
        <w:spacing w:after="60"/>
      </w:pPr>
      <w:r>
        <w:rPr>
          <w:b/>
        </w:rPr>
        <w:t xml:space="preserve">6. </w:t>
      </w:r>
      <w:r>
        <w:t>Opposite sides of a parallelogram are 9 and 6 cm. Find perimeter.</w:t>
      </w:r>
    </w:p>
    <w:p>
      <w:pPr>
        <w:spacing w:after="60"/>
      </w:pPr>
      <w:r>
        <w:rPr>
          <w:b/>
        </w:rPr>
        <w:t xml:space="preserve">7. </w:t>
      </w:r>
      <w:r>
        <w:t>What is an axiom?</w:t>
      </w:r>
    </w:p>
    <w:p>
      <w:pPr>
        <w:spacing w:after="60"/>
      </w:pPr>
      <w:r>
        <w:rPr>
          <w:b/>
        </w:rPr>
        <w:t xml:space="preserve">8. </w:t>
      </w:r>
      <w:r>
        <w:t>Find vertically opposite angle to 118°.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Find distance between (-2,3) and (4,3).</w:t>
      </w:r>
    </w:p>
    <w:p>
      <w:pPr>
        <w:spacing w:after="60"/>
      </w:pPr>
      <w:r>
        <w:rPr>
          <w:b/>
        </w:rPr>
        <w:t xml:space="preserve">10. </w:t>
      </w:r>
      <w:r>
        <w:t>Check if (1,2),(3,6),(5,10) are collinear by slopes/relationship.</w:t>
      </w:r>
    </w:p>
    <w:p>
      <w:pPr>
        <w:spacing w:after="60"/>
      </w:pPr>
      <w:r>
        <w:rPr>
          <w:b/>
        </w:rPr>
        <w:t xml:space="preserve">11. </w:t>
      </w:r>
      <w:r>
        <w:t>In isosceles triangle AB=AC and angle B=52°. Find other angles.</w:t>
      </w:r>
    </w:p>
    <w:p>
      <w:pPr>
        <w:spacing w:after="60"/>
      </w:pPr>
      <w:r>
        <w:rPr>
          <w:b/>
        </w:rPr>
        <w:t xml:space="preserve">12. </w:t>
      </w:r>
      <w:r>
        <w:t>Explain why SSA is not generally a congruence condition.</w:t>
      </w:r>
    </w:p>
    <w:p>
      <w:pPr>
        <w:spacing w:after="60"/>
      </w:pPr>
      <w:r>
        <w:rPr>
          <w:b/>
        </w:rPr>
        <w:t xml:space="preserve">13. </w:t>
      </w:r>
      <w:r>
        <w:t>Find fourth vertex of parallelogram if A(1,1),B(5,1),C(7,4) are consecutive.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Prove/justify: vertically opposite angles are equal.</w:t>
      </w:r>
    </w:p>
    <w:p>
      <w:pPr>
        <w:spacing w:after="60"/>
      </w:pPr>
      <w:r>
        <w:rPr>
          <w:b/>
        </w:rPr>
        <w:t xml:space="preserve">15. </w:t>
      </w:r>
      <w:r>
        <w:t>Use midpoint theorem: In triangle ABC, D and E are midpoints of AB and AC; BC=14 cm. Find DE.</w:t>
      </w:r>
    </w:p>
    <w:p>
      <w:pPr>
        <w:spacing w:after="60"/>
      </w:pPr>
      <w:r>
        <w:rPr>
          <w:b/>
        </w:rPr>
        <w:t xml:space="preserve">16. </w:t>
      </w:r>
      <w:r>
        <w:t>A triangle has sides 7,24,25. Use coordinates or Pythagorean reasoning to identify its type.</w:t>
      </w:r>
    </w:p>
    <w:p>
      <w:pPr>
        <w:spacing w:after="60"/>
      </w:pPr>
      <w:r>
        <w:rPr>
          <w:b/>
        </w:rPr>
        <w:t xml:space="preserve">17. </w:t>
      </w:r>
      <w:r>
        <w:t>A parallelogram has diagonals bisecting at (3,4). One vertex is (1,2), opposite vertex is what?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 triangular frame uses congruent triangles for rigidity. Explain which congruence test could verify two triangles with sides 6,8,10 and why this supports rigidity.</w:t>
      </w:r>
    </w:p>
    <w:p>
      <w:pPr>
        <w:spacing w:after="60"/>
      </w:pPr>
      <w:r>
        <w:rPr>
          <w:b/>
        </w:rPr>
        <w:t xml:space="preserve">19. </w:t>
      </w:r>
      <w:r>
        <w:t>On a map A(2,1), B(8,1), C(8,9). Find AB, BC, AC and classify triangle ABC.</w:t>
      </w:r>
    </w:p>
    <w:p>
      <w:pPr>
        <w:spacing w:after="60"/>
      </w:pPr>
      <w:r>
        <w:rPr>
          <w:b/>
        </w:rPr>
        <w:t xml:space="preserve">20. </w:t>
      </w:r>
      <w:r>
        <w:t>A quadrilateral has vertices (0,0),(6,0),(8,4),(2,4). Use slopes/lengths to identify a key property and classify it.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9 Mathematics - Worksheet 4</w:t>
      </w:r>
    </w:p>
    <w:p>
      <w:pPr>
        <w:jc w:val="center"/>
      </w:pPr>
      <w:r>
        <w:rPr>
          <w:b/>
          <w:color w:val="C65911"/>
          <w:sz w:val="28"/>
        </w:rPr>
        <w:t>Circles, Mensuration, Statistics &amp; Probability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Circles; perimeter/area; Heron's formula; sectors; surface area/volume;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Find circumference of radius 7 cm using π=22/7.</w:t>
      </w:r>
    </w:p>
    <w:p>
      <w:pPr>
        <w:spacing w:after="60"/>
      </w:pPr>
      <w:r>
        <w:rPr>
          <w:b/>
        </w:rPr>
        <w:t xml:space="preserve">2. </w:t>
      </w:r>
      <w:r>
        <w:t>Find area of circle radius 5 cm.</w:t>
      </w:r>
    </w:p>
    <w:p>
      <w:pPr>
        <w:spacing w:after="60"/>
      </w:pPr>
      <w:r>
        <w:rPr>
          <w:b/>
        </w:rPr>
        <w:t xml:space="preserve">3. </w:t>
      </w:r>
      <w:r>
        <w:t>Find area of triangle sides 3,4,5 using Heron's formula.</w:t>
      </w:r>
    </w:p>
    <w:p>
      <w:pPr>
        <w:spacing w:after="60"/>
      </w:pPr>
      <w:r>
        <w:rPr>
          <w:b/>
        </w:rPr>
        <w:t xml:space="preserve">4. </w:t>
      </w:r>
      <w:r>
        <w:t>Find probability of head on fair coin.</w:t>
      </w:r>
    </w:p>
    <w:p>
      <w:pPr>
        <w:spacing w:after="60"/>
      </w:pPr>
      <w:r>
        <w:rPr>
          <w:b/>
        </w:rPr>
        <w:t xml:space="preserve">5. </w:t>
      </w:r>
      <w:r>
        <w:t>Find mean of 4,7,9,10,15.</w:t>
      </w:r>
    </w:p>
    <w:p>
      <w:pPr>
        <w:spacing w:after="60"/>
      </w:pPr>
      <w:r>
        <w:rPr>
          <w:b/>
        </w:rPr>
        <w:t xml:space="preserve">6. </w:t>
      </w:r>
      <w:r>
        <w:t>Find volume of cube side 6 cm.</w:t>
      </w:r>
    </w:p>
    <w:p>
      <w:pPr>
        <w:spacing w:after="60"/>
      </w:pPr>
      <w:r>
        <w:rPr>
          <w:b/>
        </w:rPr>
        <w:t xml:space="preserve">7. </w:t>
      </w:r>
      <w:r>
        <w:t>State angle in a semicircle.</w:t>
      </w:r>
    </w:p>
    <w:p>
      <w:pPr>
        <w:spacing w:after="60"/>
      </w:pPr>
      <w:r>
        <w:rPr>
          <w:b/>
        </w:rPr>
        <w:t xml:space="preserve">8. </w:t>
      </w:r>
      <w:r>
        <w:t>Find arc length of 90° arc radius 14 cm.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A chord is 12 cm and perpendicular from centre bisects it. What are half-chord lengths?</w:t>
      </w:r>
    </w:p>
    <w:p>
      <w:pPr>
        <w:spacing w:after="60"/>
      </w:pPr>
      <w:r>
        <w:rPr>
          <w:b/>
        </w:rPr>
        <w:t xml:space="preserve">10. </w:t>
      </w:r>
      <w:r>
        <w:t>Find area of sector 60°, radius 21 cm.</w:t>
      </w:r>
    </w:p>
    <w:p>
      <w:pPr>
        <w:spacing w:after="60"/>
      </w:pPr>
      <w:r>
        <w:rPr>
          <w:b/>
        </w:rPr>
        <w:t xml:space="preserve">11. </w:t>
      </w:r>
      <w:r>
        <w:t>Find surface area of sphere radius 7 cm.</w:t>
      </w:r>
    </w:p>
    <w:p>
      <w:pPr>
        <w:spacing w:after="60"/>
      </w:pPr>
      <w:r>
        <w:rPr>
          <w:b/>
        </w:rPr>
        <w:t xml:space="preserve">12. </w:t>
      </w:r>
      <w:r>
        <w:t>Find volume of cone r=3,h=12 using π.</w:t>
      </w:r>
    </w:p>
    <w:p>
      <w:pPr>
        <w:spacing w:after="60"/>
      </w:pPr>
      <w:r>
        <w:rPr>
          <w:b/>
        </w:rPr>
        <w:t xml:space="preserve">13. </w:t>
      </w:r>
      <w:r>
        <w:t>Find median of 5,8,9,12,15,18,20.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A triangular plot has sides 13,14,15 m. Find area.</w:t>
      </w:r>
    </w:p>
    <w:p>
      <w:pPr>
        <w:spacing w:after="60"/>
      </w:pPr>
      <w:r>
        <w:rPr>
          <w:b/>
        </w:rPr>
        <w:t xml:space="preserve">15. </w:t>
      </w:r>
      <w:r>
        <w:t>A cylinder r=7,h=10. Find volume.</w:t>
      </w:r>
    </w:p>
    <w:p>
      <w:pPr>
        <w:spacing w:after="60"/>
      </w:pPr>
      <w:r>
        <w:rPr>
          <w:b/>
        </w:rPr>
        <w:t xml:space="preserve">16. </w:t>
      </w:r>
      <w:r>
        <w:t>A bag has 5 red,3 blue,2 green balls. Find probability of blue and not-green.</w:t>
      </w:r>
    </w:p>
    <w:p>
      <w:pPr>
        <w:spacing w:after="60"/>
      </w:pPr>
      <w:r>
        <w:rPr>
          <w:b/>
        </w:rPr>
        <w:t xml:space="preserve">17. </w:t>
      </w:r>
      <w:r>
        <w:t>Explain relationship between central angle and angle at circumference subtending same arc.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 circular track radius 35 m. Find distance for 5 laps and area enclosed.</w:t>
      </w:r>
    </w:p>
    <w:p>
      <w:pPr>
        <w:spacing w:after="60"/>
      </w:pPr>
      <w:r>
        <w:rPr>
          <w:b/>
        </w:rPr>
        <w:t xml:space="preserve">19. </w:t>
      </w:r>
      <w:r>
        <w:t>A cone and cylinder have same base radius and height. Compare volumes and calculate for r=6,h=10.</w:t>
      </w:r>
    </w:p>
    <w:p>
      <w:pPr>
        <w:spacing w:after="60"/>
      </w:pPr>
      <w:r>
        <w:rPr>
          <w:b/>
        </w:rPr>
        <w:t xml:space="preserve">20. </w:t>
      </w:r>
      <w:r>
        <w:t>Data challenge: Scores 12,15,18,15,20,15,17,18,15,19. Find mean, median, mode and interpret most typical score.</w:t>
      </w:r>
    </w:p>
    <w:p>
      <w:r>
        <w:br w:type="page"/>
      </w:r>
    </w:p>
    <w:p>
      <w:pPr>
        <w:jc w:val="center"/>
      </w:pPr>
      <w:r>
        <w:rPr>
          <w:b/>
          <w:color w:val="17365D"/>
          <w:sz w:val="40"/>
        </w:rPr>
        <w:t>EazyMaths</w:t>
      </w:r>
    </w:p>
    <w:p>
      <w:pPr>
        <w:jc w:val="center"/>
      </w:pPr>
      <w:r>
        <w:rPr>
          <w:b/>
          <w:sz w:val="30"/>
        </w:rPr>
        <w:t>CBSE Class 9 Mathematics - Worksheet 5</w:t>
      </w:r>
    </w:p>
    <w:p>
      <w:pPr>
        <w:jc w:val="center"/>
      </w:pPr>
      <w:r>
        <w:rPr>
          <w:b/>
          <w:color w:val="C65911"/>
          <w:sz w:val="28"/>
        </w:rPr>
        <w:t>Full Syllabus Revision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Topics Covered</w:t>
            </w:r>
          </w:p>
        </w:tc>
        <w:tc>
          <w:tcPr>
            <w:tcW w:type="dxa" w:w="5184"/>
          </w:tcPr>
          <w:p>
            <w:r>
              <w:t>Real numbers; algebra; sequences; coordinate geometry; geometry; mensuration; statistics; probability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Difficulty</w:t>
            </w:r>
          </w:p>
        </w:tc>
        <w:tc>
          <w:tcPr>
            <w:tcW w:type="dxa" w:w="5184"/>
          </w:tcPr>
          <w:p>
            <w:r>
              <w:t>Medium</w:t>
            </w:r>
          </w:p>
        </w:tc>
      </w:tr>
      <w:tr>
        <w:tc>
          <w:tcPr>
            <w:tcW w:type="dxa" w:w="5184"/>
            <w:shd w:fill="D9EAF7"/>
          </w:tcPr>
          <w:p>
            <w:r>
              <w:rPr>
                <w:b/>
              </w:rPr>
              <w:t>Suggested Time</w:t>
            </w:r>
          </w:p>
        </w:tc>
        <w:tc>
          <w:tcPr>
            <w:tcW w:type="dxa" w:w="5184"/>
          </w:tcPr>
          <w:p>
            <w:r>
              <w:t>60 minutes</w:t>
            </w:r>
          </w:p>
        </w:tc>
      </w:tr>
    </w:tbl>
    <w:p/>
    <w:p>
      <w:r>
        <w:rPr>
          <w:b/>
          <w:color w:val="C65911"/>
          <w:sz w:val="23"/>
        </w:rPr>
        <w:t>Section A - Very Short / Objective</w:t>
      </w:r>
    </w:p>
    <w:p>
      <w:pPr>
        <w:spacing w:after="60"/>
      </w:pPr>
      <w:r>
        <w:rPr>
          <w:b/>
        </w:rPr>
        <w:t xml:space="preserve">1. </w:t>
      </w:r>
      <w:r>
        <w:t>Classify √11.</w:t>
      </w:r>
    </w:p>
    <w:p>
      <w:pPr>
        <w:spacing w:after="60"/>
      </w:pPr>
      <w:r>
        <w:rPr>
          <w:b/>
        </w:rPr>
        <w:t xml:space="preserve">2. </w:t>
      </w:r>
      <w:r>
        <w:t>Find degree of 7x⁴-x+2.</w:t>
      </w:r>
    </w:p>
    <w:p>
      <w:pPr>
        <w:spacing w:after="60"/>
      </w:pPr>
      <w:r>
        <w:rPr>
          <w:b/>
        </w:rPr>
        <w:t xml:space="preserve">3. </w:t>
      </w:r>
      <w:r>
        <w:t>Find 15th term AP 3,7,11,...</w:t>
      </w:r>
    </w:p>
    <w:p>
      <w:pPr>
        <w:spacing w:after="60"/>
      </w:pPr>
      <w:r>
        <w:rPr>
          <w:b/>
        </w:rPr>
        <w:t xml:space="preserve">4. </w:t>
      </w:r>
      <w:r>
        <w:t>Find midpoint of (-2,5),(6,-1).</w:t>
      </w:r>
    </w:p>
    <w:p>
      <w:pPr>
        <w:spacing w:after="60"/>
      </w:pPr>
      <w:r>
        <w:rPr>
          <w:b/>
        </w:rPr>
        <w:t xml:space="preserve">5. </w:t>
      </w:r>
      <w:r>
        <w:t>Factorise x²-16.</w:t>
      </w:r>
    </w:p>
    <w:p>
      <w:pPr>
        <w:spacing w:after="60"/>
      </w:pPr>
      <w:r>
        <w:rPr>
          <w:b/>
        </w:rPr>
        <w:t xml:space="preserve">6. </w:t>
      </w:r>
      <w:r>
        <w:t>Find probability of rolling an even number.</w:t>
      </w:r>
    </w:p>
    <w:p>
      <w:pPr>
        <w:spacing w:after="60"/>
      </w:pPr>
      <w:r>
        <w:rPr>
          <w:b/>
        </w:rPr>
        <w:t xml:space="preserve">7. </w:t>
      </w:r>
      <w:r>
        <w:t>Find area circle r=14.</w:t>
      </w:r>
    </w:p>
    <w:p>
      <w:pPr>
        <w:spacing w:after="60"/>
      </w:pPr>
      <w:r>
        <w:rPr>
          <w:b/>
        </w:rPr>
        <w:t xml:space="preserve">8. </w:t>
      </w:r>
      <w:r>
        <w:t>Find mean 6,8,10,12.</w:t>
      </w:r>
    </w:p>
    <w:p>
      <w:r>
        <w:rPr>
          <w:b/>
          <w:color w:val="C65911"/>
          <w:sz w:val="23"/>
        </w:rPr>
        <w:t>Section B - Short Answer</w:t>
      </w:r>
    </w:p>
    <w:p>
      <w:pPr>
        <w:spacing w:after="60"/>
      </w:pPr>
      <w:r>
        <w:rPr>
          <w:b/>
        </w:rPr>
        <w:t xml:space="preserve">9. </w:t>
      </w:r>
      <w:r>
        <w:t>Solve x+y=9,x-y=3.</w:t>
      </w:r>
    </w:p>
    <w:p>
      <w:pPr>
        <w:spacing w:after="60"/>
      </w:pPr>
      <w:r>
        <w:rPr>
          <w:b/>
        </w:rPr>
        <w:t xml:space="preserve">10. </w:t>
      </w:r>
      <w:r>
        <w:t>Find distance (1,2) to (7,10).</w:t>
      </w:r>
    </w:p>
    <w:p>
      <w:pPr>
        <w:spacing w:after="60"/>
      </w:pPr>
      <w:r>
        <w:rPr>
          <w:b/>
        </w:rPr>
        <w:t xml:space="preserve">11. </w:t>
      </w:r>
      <w:r>
        <w:t>Find angle supplementary to 137°.</w:t>
      </w:r>
    </w:p>
    <w:p>
      <w:pPr>
        <w:spacing w:after="60"/>
      </w:pPr>
      <w:r>
        <w:rPr>
          <w:b/>
        </w:rPr>
        <w:t xml:space="preserve">12. </w:t>
      </w:r>
      <w:r>
        <w:t>Find 6th term GP 2,6,18,...</w:t>
      </w:r>
    </w:p>
    <w:p>
      <w:pPr>
        <w:spacing w:after="60"/>
      </w:pPr>
      <w:r>
        <w:rPr>
          <w:b/>
        </w:rPr>
        <w:t xml:space="preserve">13. </w:t>
      </w:r>
      <w:r>
        <w:t>Use Heron's formula for sides 5,5,6.</w:t>
      </w:r>
    </w:p>
    <w:p>
      <w:r>
        <w:rPr>
          <w:b/>
          <w:color w:val="C65911"/>
          <w:sz w:val="23"/>
        </w:rPr>
        <w:t>Section C - Medium Answer</w:t>
      </w:r>
    </w:p>
    <w:p>
      <w:pPr>
        <w:spacing w:after="60"/>
      </w:pPr>
      <w:r>
        <w:rPr>
          <w:b/>
        </w:rPr>
        <w:t xml:space="preserve">14. </w:t>
      </w:r>
      <w:r>
        <w:t>A line y=4x-7: identify slope/intercept and find y at x=5.</w:t>
      </w:r>
    </w:p>
    <w:p>
      <w:pPr>
        <w:spacing w:after="60"/>
      </w:pPr>
      <w:r>
        <w:rPr>
          <w:b/>
        </w:rPr>
        <w:t xml:space="preserve">15. </w:t>
      </w:r>
      <w:r>
        <w:t>A parallelogram angle is 65°. Find all angles.</w:t>
      </w:r>
    </w:p>
    <w:p>
      <w:pPr>
        <w:spacing w:after="60"/>
      </w:pPr>
      <w:r>
        <w:rPr>
          <w:b/>
        </w:rPr>
        <w:t xml:space="preserve">16. </w:t>
      </w:r>
      <w:r>
        <w:t>A sphere radius 3 cm: find volume in terms of π.</w:t>
      </w:r>
    </w:p>
    <w:p>
      <w:pPr>
        <w:spacing w:after="60"/>
      </w:pPr>
      <w:r>
        <w:rPr>
          <w:b/>
        </w:rPr>
        <w:t xml:space="preserve">17. </w:t>
      </w:r>
      <w:r>
        <w:t>A bag has 4 red,5 blue,1 yellow. Find P(red or yellow).</w:t>
      </w:r>
    </w:p>
    <w:p>
      <w:r>
        <w:rPr>
          <w:b/>
          <w:color w:val="C65911"/>
          <w:sz w:val="23"/>
        </w:rPr>
        <w:t>Section D - Long / Competency-Based</w:t>
      </w:r>
    </w:p>
    <w:p>
      <w:pPr>
        <w:spacing w:after="60"/>
      </w:pPr>
      <w:r>
        <w:rPr>
          <w:b/>
        </w:rPr>
        <w:t xml:space="preserve">18. </w:t>
      </w:r>
      <w:r>
        <w:t>Case study: Auditorium rows form AP 18,22,26,... Find row 25 and total seats in first 25 rows.</w:t>
      </w:r>
    </w:p>
    <w:p>
      <w:pPr>
        <w:spacing w:after="60"/>
      </w:pPr>
      <w:r>
        <w:rPr>
          <w:b/>
        </w:rPr>
        <w:t xml:space="preserve">19. </w:t>
      </w:r>
      <w:r>
        <w:t>A triangular park vertices are (0,0),(6,0),(0,8). Find side lengths, area and classify triangle.</w:t>
      </w:r>
    </w:p>
    <w:p>
      <w:pPr>
        <w:spacing w:after="60"/>
      </w:pPr>
      <w:r>
        <w:rPr>
          <w:b/>
        </w:rPr>
        <w:t xml:space="preserve">20. </w:t>
      </w:r>
      <w:r>
        <w:t>Mixed modelling: Two plans charge y=200+8x and y=80+12x. Find break-even x and which is cheaper before/after it.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EazyMaths.in | Learn - Practice - Master Maths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