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65D"/>
          <w:sz w:val="40"/>
        </w:rPr>
        <w:t>EazyMaths</w:t>
      </w:r>
    </w:p>
    <w:p>
      <w:pPr>
        <w:jc w:val="center"/>
      </w:pPr>
      <w:r>
        <w:rPr>
          <w:b/>
          <w:sz w:val="30"/>
        </w:rPr>
        <w:t>CBSE Class 8 Mathematics - Worksheet 1</w:t>
      </w:r>
    </w:p>
    <w:p>
      <w:pPr>
        <w:jc w:val="center"/>
      </w:pPr>
      <w:r>
        <w:rPr>
          <w:b/>
          <w:color w:val="C65911"/>
          <w:sz w:val="28"/>
        </w:rPr>
        <w:t>Squares, Cubes &amp; Powers</w:t>
      </w:r>
    </w:p>
    <w:tbl>
      <w:tblPr>
        <w:tblStyle w:val="TableGrid"/>
        <w:tblW w:type="auto" w:w="0"/>
        <w:tblLook w:firstColumn="1" w:firstRow="1" w:lastColumn="0" w:lastRow="0" w:noHBand="0" w:noVBand="1" w:val="04A0"/>
      </w:tblPr>
      <w:tblGrid>
        <w:gridCol w:w="5184"/>
        <w:gridCol w:w="5184"/>
      </w:tblGrid>
      <w:tr>
        <w:tc>
          <w:tcPr>
            <w:tcW w:type="dxa" w:w="5184"/>
            <w:shd w:fill="D9EAF7"/>
          </w:tcPr>
          <w:p>
            <w:r>
              <w:rPr>
                <w:b/>
              </w:rPr>
              <w:t>Topics Covered</w:t>
            </w:r>
          </w:p>
        </w:tc>
        <w:tc>
          <w:tcPr>
            <w:tcW w:type="dxa" w:w="5184"/>
          </w:tcPr>
          <w:p>
            <w:r>
              <w:t>Squares and cubes; square/cube roots; powers and exponents; scientific notation</w:t>
            </w:r>
          </w:p>
        </w:tc>
      </w:tr>
      <w:tr>
        <w:tc>
          <w:tcPr>
            <w:tcW w:type="dxa" w:w="5184"/>
            <w:shd w:fill="D9EAF7"/>
          </w:tcPr>
          <w:p>
            <w:r>
              <w:rPr>
                <w:b/>
              </w:rPr>
              <w:t>Difficulty</w:t>
            </w:r>
          </w:p>
        </w:tc>
        <w:tc>
          <w:tcPr>
            <w:tcW w:type="dxa" w:w="5184"/>
          </w:tcPr>
          <w:p>
            <w:r>
              <w:t>Medium</w:t>
            </w:r>
          </w:p>
        </w:tc>
      </w:tr>
      <w:tr>
        <w:tc>
          <w:tcPr>
            <w:tcW w:type="dxa" w:w="5184"/>
            <w:shd w:fill="D9EAF7"/>
          </w:tcPr>
          <w:p>
            <w:r>
              <w:rPr>
                <w:b/>
              </w:rPr>
              <w:t>Suggested Time</w:t>
            </w:r>
          </w:p>
        </w:tc>
        <w:tc>
          <w:tcPr>
            <w:tcW w:type="dxa" w:w="5184"/>
          </w:tcPr>
          <w:p>
            <w:r>
              <w:t>60 minutes</w:t>
            </w:r>
          </w:p>
        </w:tc>
      </w:tr>
    </w:tbl>
    <w:p/>
    <w:p>
      <w:r>
        <w:rPr>
          <w:b/>
          <w:color w:val="C65911"/>
          <w:sz w:val="23"/>
        </w:rPr>
        <w:t>Section A - Very Short / Objective</w:t>
      </w:r>
    </w:p>
    <w:p>
      <w:pPr>
        <w:spacing w:after="60"/>
      </w:pPr>
      <w:r>
        <w:rPr>
          <w:b/>
        </w:rPr>
        <w:t xml:space="preserve">1. </w:t>
      </w:r>
      <w:r>
        <w:t>Find 37².</w:t>
      </w:r>
    </w:p>
    <w:p>
      <w:pPr>
        <w:spacing w:after="60"/>
      </w:pPr>
      <w:r>
        <w:rPr>
          <w:b/>
        </w:rPr>
        <w:t xml:space="preserve">2. </w:t>
      </w:r>
      <w:r>
        <w:t>Is 729 a perfect square, perfect cube, both or neither?</w:t>
      </w:r>
    </w:p>
    <w:p>
      <w:pPr>
        <w:spacing w:after="60"/>
      </w:pPr>
      <w:r>
        <w:rPr>
          <w:b/>
        </w:rPr>
        <w:t xml:space="preserve">3. </w:t>
      </w:r>
      <w:r>
        <w:t>Find √2025.</w:t>
      </w:r>
    </w:p>
    <w:p>
      <w:pPr>
        <w:spacing w:after="60"/>
      </w:pPr>
      <w:r>
        <w:rPr>
          <w:b/>
        </w:rPr>
        <w:t xml:space="preserve">4. </w:t>
      </w:r>
      <w:r>
        <w:t>Find ∛1728.</w:t>
      </w:r>
    </w:p>
    <w:p>
      <w:pPr>
        <w:spacing w:after="60"/>
      </w:pPr>
      <w:r>
        <w:rPr>
          <w:b/>
        </w:rPr>
        <w:t xml:space="preserve">5. </w:t>
      </w:r>
      <w:r>
        <w:t>Simplify 2³ x 2⁵.</w:t>
      </w:r>
    </w:p>
    <w:p>
      <w:pPr>
        <w:spacing w:after="60"/>
      </w:pPr>
      <w:r>
        <w:rPr>
          <w:b/>
        </w:rPr>
        <w:t xml:space="preserve">6. </w:t>
      </w:r>
      <w:r>
        <w:t>Write 0.00056 in scientific notation.</w:t>
      </w:r>
    </w:p>
    <w:p>
      <w:pPr>
        <w:spacing w:after="60"/>
      </w:pPr>
      <w:r>
        <w:rPr>
          <w:b/>
        </w:rPr>
        <w:t xml:space="preserve">7. </w:t>
      </w:r>
      <w:r>
        <w:t>Find the units digit of 23².</w:t>
      </w:r>
    </w:p>
    <w:p>
      <w:pPr>
        <w:spacing w:after="60"/>
      </w:pPr>
      <w:r>
        <w:rPr>
          <w:b/>
        </w:rPr>
        <w:t xml:space="preserve">8. </w:t>
      </w:r>
      <w:r>
        <w:t>Which is larger: 3⁴ or 4³?</w:t>
      </w:r>
    </w:p>
    <w:p>
      <w:r>
        <w:rPr>
          <w:b/>
          <w:color w:val="C65911"/>
          <w:sz w:val="23"/>
        </w:rPr>
        <w:t>Section B - Short Answer</w:t>
      </w:r>
    </w:p>
    <w:p>
      <w:pPr>
        <w:spacing w:after="60"/>
      </w:pPr>
      <w:r>
        <w:rPr>
          <w:b/>
        </w:rPr>
        <w:t xml:space="preserve">9. </w:t>
      </w:r>
      <w:r>
        <w:t>Find the least number by which 432 must be multiplied to make a perfect square.</w:t>
      </w:r>
    </w:p>
    <w:p>
      <w:pPr>
        <w:spacing w:after="60"/>
      </w:pPr>
      <w:r>
        <w:rPr>
          <w:b/>
        </w:rPr>
        <w:t xml:space="preserve">10. </w:t>
      </w:r>
      <w:r>
        <w:t>Find √1764 by prime factorisation.</w:t>
      </w:r>
    </w:p>
    <w:p>
      <w:pPr>
        <w:spacing w:after="60"/>
      </w:pPr>
      <w:r>
        <w:rPr>
          <w:b/>
        </w:rPr>
        <w:t xml:space="preserve">11. </w:t>
      </w:r>
      <w:r>
        <w:t>Simplify (5³ x 5²) ÷ 5⁴.</w:t>
      </w:r>
    </w:p>
    <w:p>
      <w:pPr>
        <w:spacing w:after="60"/>
      </w:pPr>
      <w:r>
        <w:rPr>
          <w:b/>
        </w:rPr>
        <w:t xml:space="preserve">12. </w:t>
      </w:r>
      <w:r>
        <w:t>Express 7,200,000 in scientific notation.</w:t>
      </w:r>
    </w:p>
    <w:p>
      <w:pPr>
        <w:spacing w:after="60"/>
      </w:pPr>
      <w:r>
        <w:rPr>
          <w:b/>
        </w:rPr>
        <w:t xml:space="preserve">13. </w:t>
      </w:r>
      <w:r>
        <w:t>Find the smallest perfect square divisible by 6, 8 and 15.</w:t>
      </w:r>
    </w:p>
    <w:p>
      <w:r>
        <w:rPr>
          <w:b/>
          <w:color w:val="C65911"/>
          <w:sz w:val="23"/>
        </w:rPr>
        <w:t>Section C - Medium Answer</w:t>
      </w:r>
    </w:p>
    <w:p>
      <w:pPr>
        <w:spacing w:after="60"/>
      </w:pPr>
      <w:r>
        <w:rPr>
          <w:b/>
        </w:rPr>
        <w:t xml:space="preserve">14. </w:t>
      </w:r>
      <w:r>
        <w:t>A square courtyard has area 2304 m². Find side and perimeter.</w:t>
      </w:r>
    </w:p>
    <w:p>
      <w:pPr>
        <w:spacing w:after="60"/>
      </w:pPr>
      <w:r>
        <w:rPr>
          <w:b/>
        </w:rPr>
        <w:t xml:space="preserve">15. </w:t>
      </w:r>
      <w:r>
        <w:t>A cube has volume 3375 cm³. Find its edge.</w:t>
      </w:r>
    </w:p>
    <w:p>
      <w:pPr>
        <w:spacing w:after="60"/>
      </w:pPr>
      <w:r>
        <w:rPr>
          <w:b/>
        </w:rPr>
        <w:t xml:space="preserve">16. </w:t>
      </w:r>
      <w:r>
        <w:t>Simplify 2⁵ x 4³ ÷ 8².</w:t>
      </w:r>
    </w:p>
    <w:p>
      <w:pPr>
        <w:spacing w:after="60"/>
      </w:pPr>
      <w:r>
        <w:rPr>
          <w:b/>
        </w:rPr>
        <w:t xml:space="preserve">17. </w:t>
      </w:r>
      <w:r>
        <w:t>Estimate √90 between two consecutive integers.</w:t>
      </w:r>
    </w:p>
    <w:p>
      <w:r>
        <w:rPr>
          <w:b/>
          <w:color w:val="C65911"/>
          <w:sz w:val="23"/>
        </w:rPr>
        <w:t>Section D - Long / Competency-Based</w:t>
      </w:r>
    </w:p>
    <w:p>
      <w:pPr>
        <w:spacing w:after="60"/>
      </w:pPr>
      <w:r>
        <w:rPr>
          <w:b/>
        </w:rPr>
        <w:t xml:space="preserve">18. </w:t>
      </w:r>
      <w:r>
        <w:t>A digital archive doubles storage yearly from 2 GB. Write storage after 8 doublings as a power of 2 and evaluate.</w:t>
      </w:r>
    </w:p>
    <w:p>
      <w:pPr>
        <w:spacing w:after="60"/>
      </w:pPr>
      <w:r>
        <w:rPr>
          <w:b/>
        </w:rPr>
        <w:t xml:space="preserve">19. </w:t>
      </w:r>
      <w:r>
        <w:t>Case study: A square display has 2025 tiles. It is rearranged into equal rows and columns. Find rows; if each tile side is 4 cm, find display side.</w:t>
      </w:r>
    </w:p>
    <w:p>
      <w:pPr>
        <w:spacing w:after="60"/>
      </w:pPr>
      <w:r>
        <w:rPr>
          <w:b/>
        </w:rPr>
        <w:t xml:space="preserve">20. </w:t>
      </w:r>
      <w:r>
        <w:t>A cube-shaped box has volume 13,824 cm³. Find edge and total length of all 12 edges.</w:t>
      </w:r>
    </w:p>
    <w:p>
      <w:r>
        <w:br w:type="page"/>
      </w:r>
    </w:p>
    <w:p>
      <w:pPr>
        <w:jc w:val="center"/>
      </w:pPr>
      <w:r>
        <w:rPr>
          <w:b/>
          <w:color w:val="17365D"/>
          <w:sz w:val="40"/>
        </w:rPr>
        <w:t>EazyMaths</w:t>
      </w:r>
    </w:p>
    <w:p>
      <w:pPr>
        <w:jc w:val="center"/>
      </w:pPr>
      <w:r>
        <w:rPr>
          <w:b/>
          <w:sz w:val="30"/>
        </w:rPr>
        <w:t>CBSE Class 8 Mathematics - Worksheet 2</w:t>
      </w:r>
    </w:p>
    <w:p>
      <w:pPr>
        <w:jc w:val="center"/>
      </w:pPr>
      <w:r>
        <w:rPr>
          <w:b/>
          <w:color w:val="C65911"/>
          <w:sz w:val="28"/>
        </w:rPr>
        <w:t>Numbers, Algebra &amp; Identities</w:t>
      </w:r>
    </w:p>
    <w:tbl>
      <w:tblPr>
        <w:tblStyle w:val="TableGrid"/>
        <w:tblW w:type="auto" w:w="0"/>
        <w:tblLook w:firstColumn="1" w:firstRow="1" w:lastColumn="0" w:lastRow="0" w:noHBand="0" w:noVBand="1" w:val="04A0"/>
      </w:tblPr>
      <w:tblGrid>
        <w:gridCol w:w="5184"/>
        <w:gridCol w:w="5184"/>
      </w:tblGrid>
      <w:tr>
        <w:tc>
          <w:tcPr>
            <w:tcW w:type="dxa" w:w="5184"/>
            <w:shd w:fill="D9EAF7"/>
          </w:tcPr>
          <w:p>
            <w:r>
              <w:rPr>
                <w:b/>
              </w:rPr>
              <w:t>Topics Covered</w:t>
            </w:r>
          </w:p>
        </w:tc>
        <w:tc>
          <w:tcPr>
            <w:tcW w:type="dxa" w:w="5184"/>
          </w:tcPr>
          <w:p>
            <w:r>
              <w:t>Number properties; rational numbers; distributive property; algebraic expressions; identities and factorisation</w:t>
            </w:r>
          </w:p>
        </w:tc>
      </w:tr>
      <w:tr>
        <w:tc>
          <w:tcPr>
            <w:tcW w:type="dxa" w:w="5184"/>
            <w:shd w:fill="D9EAF7"/>
          </w:tcPr>
          <w:p>
            <w:r>
              <w:rPr>
                <w:b/>
              </w:rPr>
              <w:t>Difficulty</w:t>
            </w:r>
          </w:p>
        </w:tc>
        <w:tc>
          <w:tcPr>
            <w:tcW w:type="dxa" w:w="5184"/>
          </w:tcPr>
          <w:p>
            <w:r>
              <w:t>Medium</w:t>
            </w:r>
          </w:p>
        </w:tc>
      </w:tr>
      <w:tr>
        <w:tc>
          <w:tcPr>
            <w:tcW w:type="dxa" w:w="5184"/>
            <w:shd w:fill="D9EAF7"/>
          </w:tcPr>
          <w:p>
            <w:r>
              <w:rPr>
                <w:b/>
              </w:rPr>
              <w:t>Suggested Time</w:t>
            </w:r>
          </w:p>
        </w:tc>
        <w:tc>
          <w:tcPr>
            <w:tcW w:type="dxa" w:w="5184"/>
          </w:tcPr>
          <w:p>
            <w:r>
              <w:t>60 minutes</w:t>
            </w:r>
          </w:p>
        </w:tc>
      </w:tr>
    </w:tbl>
    <w:p/>
    <w:p>
      <w:r>
        <w:rPr>
          <w:b/>
          <w:color w:val="C65911"/>
          <w:sz w:val="23"/>
        </w:rPr>
        <w:t>Section A - Very Short / Objective</w:t>
      </w:r>
    </w:p>
    <w:p>
      <w:pPr>
        <w:spacing w:after="60"/>
      </w:pPr>
      <w:r>
        <w:rPr>
          <w:b/>
        </w:rPr>
        <w:t xml:space="preserve">1. </w:t>
      </w:r>
      <w:r>
        <w:t>Simplify -7+15-9.</w:t>
      </w:r>
    </w:p>
    <w:p>
      <w:pPr>
        <w:spacing w:after="60"/>
      </w:pPr>
      <w:r>
        <w:rPr>
          <w:b/>
        </w:rPr>
        <w:t xml:space="preserve">2. </w:t>
      </w:r>
      <w:r>
        <w:t>Find 5/6-(-1/4).</w:t>
      </w:r>
    </w:p>
    <w:p>
      <w:pPr>
        <w:spacing w:after="60"/>
      </w:pPr>
      <w:r>
        <w:rPr>
          <w:b/>
        </w:rPr>
        <w:t xml:space="preserve">3. </w:t>
      </w:r>
      <w:r>
        <w:t>Expand 7(x+4).</w:t>
      </w:r>
    </w:p>
    <w:p>
      <w:pPr>
        <w:spacing w:after="60"/>
      </w:pPr>
      <w:r>
        <w:rPr>
          <w:b/>
        </w:rPr>
        <w:t xml:space="preserve">4. </w:t>
      </w:r>
      <w:r>
        <w:t>Simplify 5a+3b-2a+b.</w:t>
      </w:r>
    </w:p>
    <w:p>
      <w:pPr>
        <w:spacing w:after="60"/>
      </w:pPr>
      <w:r>
        <w:rPr>
          <w:b/>
        </w:rPr>
        <w:t xml:space="preserve">5. </w:t>
      </w:r>
      <w:r>
        <w:t>Evaluate x²-2x+1 for x=6.</w:t>
      </w:r>
    </w:p>
    <w:p>
      <w:pPr>
        <w:spacing w:after="60"/>
      </w:pPr>
      <w:r>
        <w:rPr>
          <w:b/>
        </w:rPr>
        <w:t xml:space="preserve">6. </w:t>
      </w:r>
      <w:r>
        <w:t>Expand (a+b)².</w:t>
      </w:r>
    </w:p>
    <w:p>
      <w:pPr>
        <w:spacing w:after="60"/>
      </w:pPr>
      <w:r>
        <w:rPr>
          <w:b/>
        </w:rPr>
        <w:t xml:space="preserve">7. </w:t>
      </w:r>
      <w:r>
        <w:t>Factorise 6x+18.</w:t>
      </w:r>
    </w:p>
    <w:p>
      <w:pPr>
        <w:spacing w:after="60"/>
      </w:pPr>
      <w:r>
        <w:rPr>
          <w:b/>
        </w:rPr>
        <w:t xml:space="preserve">8. </w:t>
      </w:r>
      <w:r>
        <w:t>State the additive inverse of -13/7.</w:t>
      </w:r>
    </w:p>
    <w:p>
      <w:r>
        <w:rPr>
          <w:b/>
          <w:color w:val="C65911"/>
          <w:sz w:val="23"/>
        </w:rPr>
        <w:t>Section B - Short Answer</w:t>
      </w:r>
    </w:p>
    <w:p>
      <w:pPr>
        <w:spacing w:after="60"/>
      </w:pPr>
      <w:r>
        <w:rPr>
          <w:b/>
        </w:rPr>
        <w:t xml:space="preserve">9. </w:t>
      </w:r>
      <w:r>
        <w:t>Use distributive property to calculate 98x47.</w:t>
      </w:r>
    </w:p>
    <w:p>
      <w:pPr>
        <w:spacing w:after="60"/>
      </w:pPr>
      <w:r>
        <w:rPr>
          <w:b/>
        </w:rPr>
        <w:t xml:space="preserve">10. </w:t>
      </w:r>
      <w:r>
        <w:t>Simplify 3(2x-5)+4(x+1).</w:t>
      </w:r>
    </w:p>
    <w:p>
      <w:pPr>
        <w:spacing w:after="60"/>
      </w:pPr>
      <w:r>
        <w:rPr>
          <w:b/>
        </w:rPr>
        <w:t xml:space="preserve">11. </w:t>
      </w:r>
      <w:r>
        <w:t>Factorise x²+7x+12.</w:t>
      </w:r>
    </w:p>
    <w:p>
      <w:pPr>
        <w:spacing w:after="60"/>
      </w:pPr>
      <w:r>
        <w:rPr>
          <w:b/>
        </w:rPr>
        <w:t xml:space="preserve">12. </w:t>
      </w:r>
      <w:r>
        <w:t>Expand (2x-3)².</w:t>
      </w:r>
    </w:p>
    <w:p>
      <w:pPr>
        <w:spacing w:after="60"/>
      </w:pPr>
      <w:r>
        <w:rPr>
          <w:b/>
        </w:rPr>
        <w:t xml:space="preserve">13. </w:t>
      </w:r>
      <w:r>
        <w:t>Find a rational number between 3/5 and 4/5.</w:t>
      </w:r>
    </w:p>
    <w:p>
      <w:r>
        <w:rPr>
          <w:b/>
          <w:color w:val="C65911"/>
          <w:sz w:val="23"/>
        </w:rPr>
        <w:t>Section C - Medium Answer</w:t>
      </w:r>
    </w:p>
    <w:p>
      <w:pPr>
        <w:spacing w:after="60"/>
      </w:pPr>
      <w:r>
        <w:rPr>
          <w:b/>
        </w:rPr>
        <w:t xml:space="preserve">14. </w:t>
      </w:r>
      <w:r>
        <w:t>If x+y=12 and xy=20, find x²+y².</w:t>
      </w:r>
    </w:p>
    <w:p>
      <w:pPr>
        <w:spacing w:after="60"/>
      </w:pPr>
      <w:r>
        <w:rPr>
          <w:b/>
        </w:rPr>
        <w:t xml:space="preserve">15. </w:t>
      </w:r>
      <w:r>
        <w:t>Simplify (3a+2b)-(a-5b).</w:t>
      </w:r>
    </w:p>
    <w:p>
      <w:pPr>
        <w:spacing w:after="60"/>
      </w:pPr>
      <w:r>
        <w:rPr>
          <w:b/>
        </w:rPr>
        <w:t xml:space="preserve">16. </w:t>
      </w:r>
      <w:r>
        <w:t>Factorise 9p²-25q².</w:t>
      </w:r>
    </w:p>
    <w:p>
      <w:pPr>
        <w:spacing w:after="60"/>
      </w:pPr>
      <w:r>
        <w:rPr>
          <w:b/>
        </w:rPr>
        <w:t xml:space="preserve">17. </w:t>
      </w:r>
      <w:r>
        <w:t>Show using an identity that 103² can be calculated quickly.</w:t>
      </w:r>
    </w:p>
    <w:p>
      <w:r>
        <w:rPr>
          <w:b/>
          <w:color w:val="C65911"/>
          <w:sz w:val="23"/>
        </w:rPr>
        <w:t>Section D - Long / Competency-Based</w:t>
      </w:r>
    </w:p>
    <w:p>
      <w:pPr>
        <w:spacing w:after="60"/>
      </w:pPr>
      <w:r>
        <w:rPr>
          <w:b/>
        </w:rPr>
        <w:t xml:space="preserve">18. </w:t>
      </w:r>
      <w:r>
        <w:t>A rectangle has length (x+5) and breadth (x-2). Find and simplify its area; evaluate for x=7.</w:t>
      </w:r>
    </w:p>
    <w:p>
      <w:pPr>
        <w:spacing w:after="60"/>
      </w:pPr>
      <w:r>
        <w:rPr>
          <w:b/>
        </w:rPr>
        <w:t xml:space="preserve">19. </w:t>
      </w:r>
      <w:r>
        <w:t>Case study: A shop sells x notebooks at Rs 25 each and y pens at Rs 12 each. Write revenue expression; find revenue for x=48,y=35; factor common factors where possible.</w:t>
      </w:r>
    </w:p>
    <w:p>
      <w:pPr>
        <w:spacing w:after="60"/>
      </w:pPr>
      <w:r>
        <w:rPr>
          <w:b/>
        </w:rPr>
        <w:t xml:space="preserve">20. </w:t>
      </w:r>
      <w:r>
        <w:t>Prove algebraically that the difference of squares of two consecutive integers is always odd.</w:t>
      </w:r>
    </w:p>
    <w:p>
      <w:r>
        <w:br w:type="page"/>
      </w:r>
    </w:p>
    <w:p>
      <w:pPr>
        <w:jc w:val="center"/>
      </w:pPr>
      <w:r>
        <w:rPr>
          <w:b/>
          <w:color w:val="17365D"/>
          <w:sz w:val="40"/>
        </w:rPr>
        <w:t>EazyMaths</w:t>
      </w:r>
    </w:p>
    <w:p>
      <w:pPr>
        <w:jc w:val="center"/>
      </w:pPr>
      <w:r>
        <w:rPr>
          <w:b/>
          <w:sz w:val="30"/>
        </w:rPr>
        <w:t>CBSE Class 8 Mathematics - Worksheet 3</w:t>
      </w:r>
    </w:p>
    <w:p>
      <w:pPr>
        <w:jc w:val="center"/>
      </w:pPr>
      <w:r>
        <w:rPr>
          <w:b/>
          <w:color w:val="C65911"/>
          <w:sz w:val="28"/>
        </w:rPr>
        <w:t>Quadrilaterals &amp; Geometry</w:t>
      </w:r>
    </w:p>
    <w:tbl>
      <w:tblPr>
        <w:tblStyle w:val="TableGrid"/>
        <w:tblW w:type="auto" w:w="0"/>
        <w:tblLook w:firstColumn="1" w:firstRow="1" w:lastColumn="0" w:lastRow="0" w:noHBand="0" w:noVBand="1" w:val="04A0"/>
      </w:tblPr>
      <w:tblGrid>
        <w:gridCol w:w="5184"/>
        <w:gridCol w:w="5184"/>
      </w:tblGrid>
      <w:tr>
        <w:tc>
          <w:tcPr>
            <w:tcW w:type="dxa" w:w="5184"/>
            <w:shd w:fill="D9EAF7"/>
          </w:tcPr>
          <w:p>
            <w:r>
              <w:rPr>
                <w:b/>
              </w:rPr>
              <w:t>Topics Covered</w:t>
            </w:r>
          </w:p>
        </w:tc>
        <w:tc>
          <w:tcPr>
            <w:tcW w:type="dxa" w:w="5184"/>
          </w:tcPr>
          <w:p>
            <w:r>
              <w:t>Quadrilaterals; angle properties; parallelograms; constructions and geometric reasoning</w:t>
            </w:r>
          </w:p>
        </w:tc>
      </w:tr>
      <w:tr>
        <w:tc>
          <w:tcPr>
            <w:tcW w:type="dxa" w:w="5184"/>
            <w:shd w:fill="D9EAF7"/>
          </w:tcPr>
          <w:p>
            <w:r>
              <w:rPr>
                <w:b/>
              </w:rPr>
              <w:t>Difficulty</w:t>
            </w:r>
          </w:p>
        </w:tc>
        <w:tc>
          <w:tcPr>
            <w:tcW w:type="dxa" w:w="5184"/>
          </w:tcPr>
          <w:p>
            <w:r>
              <w:t>Medium</w:t>
            </w:r>
          </w:p>
        </w:tc>
      </w:tr>
      <w:tr>
        <w:tc>
          <w:tcPr>
            <w:tcW w:type="dxa" w:w="5184"/>
            <w:shd w:fill="D9EAF7"/>
          </w:tcPr>
          <w:p>
            <w:r>
              <w:rPr>
                <w:b/>
              </w:rPr>
              <w:t>Suggested Time</w:t>
            </w:r>
          </w:p>
        </w:tc>
        <w:tc>
          <w:tcPr>
            <w:tcW w:type="dxa" w:w="5184"/>
          </w:tcPr>
          <w:p>
            <w:r>
              <w:t>60 minutes</w:t>
            </w:r>
          </w:p>
        </w:tc>
      </w:tr>
    </w:tbl>
    <w:p/>
    <w:p>
      <w:r>
        <w:rPr>
          <w:b/>
          <w:color w:val="C65911"/>
          <w:sz w:val="23"/>
        </w:rPr>
        <w:t>Section A - Very Short / Objective</w:t>
      </w:r>
    </w:p>
    <w:p>
      <w:pPr>
        <w:spacing w:after="60"/>
      </w:pPr>
      <w:r>
        <w:rPr>
          <w:b/>
        </w:rPr>
        <w:t xml:space="preserve">1. </w:t>
      </w:r>
      <w:r>
        <w:t>Find sum of interior angles of a quadrilateral.</w:t>
      </w:r>
    </w:p>
    <w:p>
      <w:pPr>
        <w:spacing w:after="60"/>
      </w:pPr>
      <w:r>
        <w:rPr>
          <w:b/>
        </w:rPr>
        <w:t xml:space="preserve">2. </w:t>
      </w:r>
      <w:r>
        <w:t>A parallelogram angle is 68°. Find adjacent angle.</w:t>
      </w:r>
    </w:p>
    <w:p>
      <w:pPr>
        <w:spacing w:after="60"/>
      </w:pPr>
      <w:r>
        <w:rPr>
          <w:b/>
        </w:rPr>
        <w:t xml:space="preserve">3. </w:t>
      </w:r>
      <w:r>
        <w:t>State one property of diagonals of a rectangle.</w:t>
      </w:r>
    </w:p>
    <w:p>
      <w:pPr>
        <w:spacing w:after="60"/>
      </w:pPr>
      <w:r>
        <w:rPr>
          <w:b/>
        </w:rPr>
        <w:t xml:space="preserve">4. </w:t>
      </w:r>
      <w:r>
        <w:t>True/False: Every square is a rhombus.</w:t>
      </w:r>
    </w:p>
    <w:p>
      <w:pPr>
        <w:spacing w:after="60"/>
      </w:pPr>
      <w:r>
        <w:rPr>
          <w:b/>
        </w:rPr>
        <w:t xml:space="preserve">5. </w:t>
      </w:r>
      <w:r>
        <w:t>Find each angle of a rectangle.</w:t>
      </w:r>
    </w:p>
    <w:p>
      <w:pPr>
        <w:spacing w:after="60"/>
      </w:pPr>
      <w:r>
        <w:rPr>
          <w:b/>
        </w:rPr>
        <w:t xml:space="preserve">6. </w:t>
      </w:r>
      <w:r>
        <w:t>Name a quadrilateral with exactly one pair of parallel sides.</w:t>
      </w:r>
    </w:p>
    <w:p>
      <w:pPr>
        <w:spacing w:after="60"/>
      </w:pPr>
      <w:r>
        <w:rPr>
          <w:b/>
        </w:rPr>
        <w:t xml:space="preserve">7. </w:t>
      </w:r>
      <w:r>
        <w:t>A rhombus has side 9 cm. Find perimeter.</w:t>
      </w:r>
    </w:p>
    <w:p>
      <w:pPr>
        <w:spacing w:after="60"/>
      </w:pPr>
      <w:r>
        <w:rPr>
          <w:b/>
        </w:rPr>
        <w:t xml:space="preserve">8. </w:t>
      </w:r>
      <w:r>
        <w:t>Can a quadrilateral have angles 80°,90°,100°,100°?</w:t>
      </w:r>
    </w:p>
    <w:p>
      <w:r>
        <w:rPr>
          <w:b/>
          <w:color w:val="C65911"/>
          <w:sz w:val="23"/>
        </w:rPr>
        <w:t>Section B - Short Answer</w:t>
      </w:r>
    </w:p>
    <w:p>
      <w:pPr>
        <w:spacing w:after="60"/>
      </w:pPr>
      <w:r>
        <w:rPr>
          <w:b/>
        </w:rPr>
        <w:t xml:space="preserve">9. </w:t>
      </w:r>
      <w:r>
        <w:t>Three angles of a quadrilateral are 75°,105°,95°. Find fourth.</w:t>
      </w:r>
    </w:p>
    <w:p>
      <w:pPr>
        <w:spacing w:after="60"/>
      </w:pPr>
      <w:r>
        <w:rPr>
          <w:b/>
        </w:rPr>
        <w:t xml:space="preserve">10. </w:t>
      </w:r>
      <w:r>
        <w:t>In parallelogram ABCD, AB=12 cm, BC=8 cm. Find perimeter.</w:t>
      </w:r>
    </w:p>
    <w:p>
      <w:pPr>
        <w:spacing w:after="60"/>
      </w:pPr>
      <w:r>
        <w:rPr>
          <w:b/>
        </w:rPr>
        <w:t xml:space="preserve">11. </w:t>
      </w:r>
      <w:r>
        <w:t>Explain why opposite angles of a parallelogram are equal.</w:t>
      </w:r>
    </w:p>
    <w:p>
      <w:pPr>
        <w:spacing w:after="60"/>
      </w:pPr>
      <w:r>
        <w:rPr>
          <w:b/>
        </w:rPr>
        <w:t xml:space="preserve">12. </w:t>
      </w:r>
      <w:r>
        <w:t>A rhombus has diagonals 16 cm and 30 cm. Find area.</w:t>
      </w:r>
    </w:p>
    <w:p>
      <w:pPr>
        <w:spacing w:after="60"/>
      </w:pPr>
      <w:r>
        <w:rPr>
          <w:b/>
        </w:rPr>
        <w:t xml:space="preserve">13. </w:t>
      </w:r>
      <w:r>
        <w:t>Classify a quadrilateral whose diagonals are equal and bisect each other.</w:t>
      </w:r>
    </w:p>
    <w:p>
      <w:r>
        <w:rPr>
          <w:b/>
          <w:color w:val="C65911"/>
          <w:sz w:val="23"/>
        </w:rPr>
        <w:t>Section C - Medium Answer</w:t>
      </w:r>
    </w:p>
    <w:p>
      <w:pPr>
        <w:spacing w:after="60"/>
      </w:pPr>
      <w:r>
        <w:rPr>
          <w:b/>
        </w:rPr>
        <w:t xml:space="preserve">14. </w:t>
      </w:r>
      <w:r>
        <w:t>A kite has diagonals 18 cm and 24 cm. Find area.</w:t>
      </w:r>
    </w:p>
    <w:p>
      <w:pPr>
        <w:spacing w:after="60"/>
      </w:pPr>
      <w:r>
        <w:rPr>
          <w:b/>
        </w:rPr>
        <w:t xml:space="preserve">15. </w:t>
      </w:r>
      <w:r>
        <w:t>A regular polygon has exterior angle 45°. Find number of sides.</w:t>
      </w:r>
    </w:p>
    <w:p>
      <w:pPr>
        <w:spacing w:after="60"/>
      </w:pPr>
      <w:r>
        <w:rPr>
          <w:b/>
        </w:rPr>
        <w:t xml:space="preserve">16. </w:t>
      </w:r>
      <w:r>
        <w:t>The angles of a quadrilateral are in ratio 2:3:4:6. Find them.</w:t>
      </w:r>
    </w:p>
    <w:p>
      <w:pPr>
        <w:spacing w:after="60"/>
      </w:pPr>
      <w:r>
        <w:rPr>
          <w:b/>
        </w:rPr>
        <w:t xml:space="preserve">17. </w:t>
      </w:r>
      <w:r>
        <w:t>A rectangular field is 45 m by 28 m. A diagonal path is drawn. Explain what can be said about the two triangles formed.</w:t>
      </w:r>
    </w:p>
    <w:p>
      <w:r>
        <w:rPr>
          <w:b/>
          <w:color w:val="C65911"/>
          <w:sz w:val="23"/>
        </w:rPr>
        <w:t>Section D - Long / Competency-Based</w:t>
      </w:r>
    </w:p>
    <w:p>
      <w:pPr>
        <w:spacing w:after="60"/>
      </w:pPr>
      <w:r>
        <w:rPr>
          <w:b/>
        </w:rPr>
        <w:t xml:space="preserve">18. </w:t>
      </w:r>
      <w:r>
        <w:t>Case study: A floor design uses identical parallelogram tiles with base 18 cm and height 12 cm. Find area of 75 tiles and explain why slant does not change area if base and height stay same.</w:t>
      </w:r>
    </w:p>
    <w:p>
      <w:pPr>
        <w:spacing w:after="60"/>
      </w:pPr>
      <w:r>
        <w:rPr>
          <w:b/>
        </w:rPr>
        <w:t xml:space="preserve">19. </w:t>
      </w:r>
      <w:r>
        <w:t>A quadrilateral has both pairs of opposite sides parallel and diagonals perpendicular. Identify the most specific common type and justify.</w:t>
      </w:r>
    </w:p>
    <w:p>
      <w:pPr>
        <w:spacing w:after="60"/>
      </w:pPr>
      <w:r>
        <w:rPr>
          <w:b/>
        </w:rPr>
        <w:t xml:space="preserve">20. </w:t>
      </w:r>
      <w:r>
        <w:t>A square and a rectangle have equal perimeter 48 cm. Rectangle length is 16 cm. Compare their areas.</w:t>
      </w:r>
    </w:p>
    <w:p>
      <w:r>
        <w:br w:type="page"/>
      </w:r>
    </w:p>
    <w:p>
      <w:pPr>
        <w:jc w:val="center"/>
      </w:pPr>
      <w:r>
        <w:rPr>
          <w:b/>
          <w:color w:val="17365D"/>
          <w:sz w:val="40"/>
        </w:rPr>
        <w:t>EazyMaths</w:t>
      </w:r>
    </w:p>
    <w:p>
      <w:pPr>
        <w:jc w:val="center"/>
      </w:pPr>
      <w:r>
        <w:rPr>
          <w:b/>
          <w:sz w:val="30"/>
        </w:rPr>
        <w:t>CBSE Class 8 Mathematics - Worksheet 4</w:t>
      </w:r>
    </w:p>
    <w:p>
      <w:pPr>
        <w:jc w:val="center"/>
      </w:pPr>
      <w:r>
        <w:rPr>
          <w:b/>
          <w:color w:val="C65911"/>
          <w:sz w:val="28"/>
        </w:rPr>
        <w:t>Percentages, Proportion &amp; Data</w:t>
      </w:r>
    </w:p>
    <w:tbl>
      <w:tblPr>
        <w:tblStyle w:val="TableGrid"/>
        <w:tblW w:type="auto" w:w="0"/>
        <w:tblLook w:firstColumn="1" w:firstRow="1" w:lastColumn="0" w:lastRow="0" w:noHBand="0" w:noVBand="1" w:val="04A0"/>
      </w:tblPr>
      <w:tblGrid>
        <w:gridCol w:w="5184"/>
        <w:gridCol w:w="5184"/>
      </w:tblGrid>
      <w:tr>
        <w:tc>
          <w:tcPr>
            <w:tcW w:type="dxa" w:w="5184"/>
            <w:shd w:fill="D9EAF7"/>
          </w:tcPr>
          <w:p>
            <w:r>
              <w:rPr>
                <w:b/>
              </w:rPr>
              <w:t>Topics Covered</w:t>
            </w:r>
          </w:p>
        </w:tc>
        <w:tc>
          <w:tcPr>
            <w:tcW w:type="dxa" w:w="5184"/>
          </w:tcPr>
          <w:p>
            <w:r>
              <w:t>Ratio and proportion; percentages; profit/loss; simple interest; data interpretation</w:t>
            </w:r>
          </w:p>
        </w:tc>
      </w:tr>
      <w:tr>
        <w:tc>
          <w:tcPr>
            <w:tcW w:type="dxa" w:w="5184"/>
            <w:shd w:fill="D9EAF7"/>
          </w:tcPr>
          <w:p>
            <w:r>
              <w:rPr>
                <w:b/>
              </w:rPr>
              <w:t>Difficulty</w:t>
            </w:r>
          </w:p>
        </w:tc>
        <w:tc>
          <w:tcPr>
            <w:tcW w:type="dxa" w:w="5184"/>
          </w:tcPr>
          <w:p>
            <w:r>
              <w:t>Medium</w:t>
            </w:r>
          </w:p>
        </w:tc>
      </w:tr>
      <w:tr>
        <w:tc>
          <w:tcPr>
            <w:tcW w:type="dxa" w:w="5184"/>
            <w:shd w:fill="D9EAF7"/>
          </w:tcPr>
          <w:p>
            <w:r>
              <w:rPr>
                <w:b/>
              </w:rPr>
              <w:t>Suggested Time</w:t>
            </w:r>
          </w:p>
        </w:tc>
        <w:tc>
          <w:tcPr>
            <w:tcW w:type="dxa" w:w="5184"/>
          </w:tcPr>
          <w:p>
            <w:r>
              <w:t>60 minutes</w:t>
            </w:r>
          </w:p>
        </w:tc>
      </w:tr>
    </w:tbl>
    <w:p/>
    <w:p>
      <w:r>
        <w:rPr>
          <w:b/>
          <w:color w:val="C65911"/>
          <w:sz w:val="23"/>
        </w:rPr>
        <w:t>Section A - Very Short / Objective</w:t>
      </w:r>
    </w:p>
    <w:p>
      <w:pPr>
        <w:spacing w:after="60"/>
      </w:pPr>
      <w:r>
        <w:rPr>
          <w:b/>
        </w:rPr>
        <w:t xml:space="preserve">1. </w:t>
      </w:r>
      <w:r>
        <w:t>Find 15% of 640.</w:t>
      </w:r>
    </w:p>
    <w:p>
      <w:pPr>
        <w:spacing w:after="60"/>
      </w:pPr>
      <w:r>
        <w:rPr>
          <w:b/>
        </w:rPr>
        <w:t xml:space="preserve">2. </w:t>
      </w:r>
      <w:r>
        <w:t>Convert 0.375 to a percentage.</w:t>
      </w:r>
    </w:p>
    <w:p>
      <w:pPr>
        <w:spacing w:after="60"/>
      </w:pPr>
      <w:r>
        <w:rPr>
          <w:b/>
        </w:rPr>
        <w:t xml:space="preserve">3. </w:t>
      </w:r>
      <w:r>
        <w:t>Simplify ratio 84:126.</w:t>
      </w:r>
    </w:p>
    <w:p>
      <w:pPr>
        <w:spacing w:after="60"/>
      </w:pPr>
      <w:r>
        <w:rPr>
          <w:b/>
        </w:rPr>
        <w:t xml:space="preserve">4. </w:t>
      </w:r>
      <w:r>
        <w:t>If 5 pens cost Rs 90, find cost of 8 at same rate.</w:t>
      </w:r>
    </w:p>
    <w:p>
      <w:pPr>
        <w:spacing w:after="60"/>
      </w:pPr>
      <w:r>
        <w:rPr>
          <w:b/>
        </w:rPr>
        <w:t xml:space="preserve">5. </w:t>
      </w:r>
      <w:r>
        <w:t>Find profit if CP=Rs 750, SP=Rs 840.</w:t>
      </w:r>
    </w:p>
    <w:p>
      <w:pPr>
        <w:spacing w:after="60"/>
      </w:pPr>
      <w:r>
        <w:rPr>
          <w:b/>
        </w:rPr>
        <w:t xml:space="preserve">6. </w:t>
      </w:r>
      <w:r>
        <w:t>Find simple interest on Rs 5000 at 6% for 2 years.</w:t>
      </w:r>
    </w:p>
    <w:p>
      <w:pPr>
        <w:spacing w:after="60"/>
      </w:pPr>
      <w:r>
        <w:rPr>
          <w:b/>
        </w:rPr>
        <w:t xml:space="preserve">7. </w:t>
      </w:r>
      <w:r>
        <w:t>A value rises from 200 to 230. Find percent increase.</w:t>
      </w:r>
    </w:p>
    <w:p>
      <w:pPr>
        <w:spacing w:after="60"/>
      </w:pPr>
      <w:r>
        <w:rPr>
          <w:b/>
        </w:rPr>
        <w:t xml:space="preserve">8. </w:t>
      </w:r>
      <w:r>
        <w:t>Find 12.5% of 960.</w:t>
      </w:r>
    </w:p>
    <w:p>
      <w:r>
        <w:rPr>
          <w:b/>
          <w:color w:val="C65911"/>
          <w:sz w:val="23"/>
        </w:rPr>
        <w:t>Section B - Short Answer</w:t>
      </w:r>
    </w:p>
    <w:p>
      <w:pPr>
        <w:spacing w:after="60"/>
      </w:pPr>
      <w:r>
        <w:rPr>
          <w:b/>
        </w:rPr>
        <w:t xml:space="preserve">9. </w:t>
      </w:r>
      <w:r>
        <w:t>A shirt marked Rs 1200 has 15% discount. Find selling price.</w:t>
      </w:r>
    </w:p>
    <w:p>
      <w:pPr>
        <w:spacing w:after="60"/>
      </w:pPr>
      <w:r>
        <w:rPr>
          <w:b/>
        </w:rPr>
        <w:t xml:space="preserve">10. </w:t>
      </w:r>
      <w:r>
        <w:t>Divide Rs 540 in ratio 4:5.</w:t>
      </w:r>
    </w:p>
    <w:p>
      <w:pPr>
        <w:spacing w:after="60"/>
      </w:pPr>
      <w:r>
        <w:rPr>
          <w:b/>
        </w:rPr>
        <w:t xml:space="preserve">11. </w:t>
      </w:r>
      <w:r>
        <w:t>A car travels 180 km in 3 h. At same speed, how far in 5.5 h?</w:t>
      </w:r>
    </w:p>
    <w:p>
      <w:pPr>
        <w:spacing w:after="60"/>
      </w:pPr>
      <w:r>
        <w:rPr>
          <w:b/>
        </w:rPr>
        <w:t xml:space="preserve">12. </w:t>
      </w:r>
      <w:r>
        <w:t>Find amount on Rs 8000 at 7.5% simple interest for 3 years.</w:t>
      </w:r>
    </w:p>
    <w:p>
      <w:pPr>
        <w:spacing w:after="60"/>
      </w:pPr>
      <w:r>
        <w:rPr>
          <w:b/>
        </w:rPr>
        <w:t xml:space="preserve">13. </w:t>
      </w:r>
      <w:r>
        <w:t>A shopkeeper gains 12% on an item costing Rs 1250. Find SP.</w:t>
      </w:r>
    </w:p>
    <w:p>
      <w:r>
        <w:rPr>
          <w:b/>
          <w:color w:val="C65911"/>
          <w:sz w:val="23"/>
        </w:rPr>
        <w:t>Section C - Medium Answer</w:t>
      </w:r>
    </w:p>
    <w:p>
      <w:pPr>
        <w:spacing w:after="60"/>
      </w:pPr>
      <w:r>
        <w:rPr>
          <w:b/>
        </w:rPr>
        <w:t xml:space="preserve">14. </w:t>
      </w:r>
      <w:r>
        <w:t>Population 24,000 increases by 8%. Find new population.</w:t>
      </w:r>
    </w:p>
    <w:p>
      <w:pPr>
        <w:spacing w:after="60"/>
      </w:pPr>
      <w:r>
        <w:rPr>
          <w:b/>
        </w:rPr>
        <w:t xml:space="preserve">15. </w:t>
      </w:r>
      <w:r>
        <w:t>Scores are 12,15,18,10,20. Find mean.</w:t>
      </w:r>
    </w:p>
    <w:p>
      <w:pPr>
        <w:spacing w:after="60"/>
      </w:pPr>
      <w:r>
        <w:rPr>
          <w:b/>
        </w:rPr>
        <w:t xml:space="preserve">16. </w:t>
      </w:r>
      <w:r>
        <w:t>A survey gives 40% football, 35% cricket, rest other sports among 240 students. Find each group.</w:t>
      </w:r>
    </w:p>
    <w:p>
      <w:pPr>
        <w:spacing w:after="60"/>
      </w:pPr>
      <w:r>
        <w:rPr>
          <w:b/>
        </w:rPr>
        <w:t xml:space="preserve">17. </w:t>
      </w:r>
      <w:r>
        <w:t>A price is reduced 20% and then increased 20%. Is it back to original? Demonstrate.</w:t>
      </w:r>
    </w:p>
    <w:p>
      <w:r>
        <w:rPr>
          <w:b/>
          <w:color w:val="C65911"/>
          <w:sz w:val="23"/>
        </w:rPr>
        <w:t>Section D - Long / Competency-Based</w:t>
      </w:r>
    </w:p>
    <w:p>
      <w:pPr>
        <w:spacing w:after="60"/>
      </w:pPr>
      <w:r>
        <w:rPr>
          <w:b/>
        </w:rPr>
        <w:t xml:space="preserve">18. </w:t>
      </w:r>
      <w:r>
        <w:t>Case study: A laptop marked Rs 50,000 gets 10% discount and then 18% tax on discounted price. Find final price.</w:t>
      </w:r>
    </w:p>
    <w:p>
      <w:pPr>
        <w:spacing w:after="60"/>
      </w:pPr>
      <w:r>
        <w:rPr>
          <w:b/>
        </w:rPr>
        <w:t xml:space="preserve">19. </w:t>
      </w:r>
      <w:r>
        <w:t>A school invests Rs 25,000 at simple interest. After 4 years amount is Rs 31,000. Find annual rate.</w:t>
      </w:r>
    </w:p>
    <w:p>
      <w:pPr>
        <w:spacing w:after="60"/>
      </w:pPr>
      <w:r>
        <w:rPr>
          <w:b/>
        </w:rPr>
        <w:t xml:space="preserve">20. </w:t>
      </w:r>
      <w:r>
        <w:t>Data challenge: Monthly sales are 120,150,135,180,165,210. Find mean, range, and percentage increase from first to last month.</w:t>
      </w:r>
    </w:p>
    <w:p>
      <w:r>
        <w:br w:type="page"/>
      </w:r>
    </w:p>
    <w:p>
      <w:pPr>
        <w:jc w:val="center"/>
      </w:pPr>
      <w:r>
        <w:rPr>
          <w:b/>
          <w:color w:val="17365D"/>
          <w:sz w:val="40"/>
        </w:rPr>
        <w:t>EazyMaths</w:t>
      </w:r>
    </w:p>
    <w:p>
      <w:pPr>
        <w:jc w:val="center"/>
      </w:pPr>
      <w:r>
        <w:rPr>
          <w:b/>
          <w:sz w:val="30"/>
        </w:rPr>
        <w:t>CBSE Class 8 Mathematics - Worksheet 5</w:t>
      </w:r>
    </w:p>
    <w:p>
      <w:pPr>
        <w:jc w:val="center"/>
      </w:pPr>
      <w:r>
        <w:rPr>
          <w:b/>
          <w:color w:val="C65911"/>
          <w:sz w:val="28"/>
        </w:rPr>
        <w:t>Full Syllabus Revision</w:t>
      </w:r>
    </w:p>
    <w:tbl>
      <w:tblPr>
        <w:tblStyle w:val="TableGrid"/>
        <w:tblW w:type="auto" w:w="0"/>
        <w:tblLook w:firstColumn="1" w:firstRow="1" w:lastColumn="0" w:lastRow="0" w:noHBand="0" w:noVBand="1" w:val="04A0"/>
      </w:tblPr>
      <w:tblGrid>
        <w:gridCol w:w="5184"/>
        <w:gridCol w:w="5184"/>
      </w:tblGrid>
      <w:tr>
        <w:tc>
          <w:tcPr>
            <w:tcW w:type="dxa" w:w="5184"/>
            <w:shd w:fill="D9EAF7"/>
          </w:tcPr>
          <w:p>
            <w:r>
              <w:rPr>
                <w:b/>
              </w:rPr>
              <w:t>Topics Covered</w:t>
            </w:r>
          </w:p>
        </w:tc>
        <w:tc>
          <w:tcPr>
            <w:tcW w:type="dxa" w:w="5184"/>
          </w:tcPr>
          <w:p>
            <w:r>
              <w:t>Powers; squares/cubes; algebra; quadrilaterals; percentage; proportion; data</w:t>
            </w:r>
          </w:p>
        </w:tc>
      </w:tr>
      <w:tr>
        <w:tc>
          <w:tcPr>
            <w:tcW w:type="dxa" w:w="5184"/>
            <w:shd w:fill="D9EAF7"/>
          </w:tcPr>
          <w:p>
            <w:r>
              <w:rPr>
                <w:b/>
              </w:rPr>
              <w:t>Difficulty</w:t>
            </w:r>
          </w:p>
        </w:tc>
        <w:tc>
          <w:tcPr>
            <w:tcW w:type="dxa" w:w="5184"/>
          </w:tcPr>
          <w:p>
            <w:r>
              <w:t>Medium</w:t>
            </w:r>
          </w:p>
        </w:tc>
      </w:tr>
      <w:tr>
        <w:tc>
          <w:tcPr>
            <w:tcW w:type="dxa" w:w="5184"/>
            <w:shd w:fill="D9EAF7"/>
          </w:tcPr>
          <w:p>
            <w:r>
              <w:rPr>
                <w:b/>
              </w:rPr>
              <w:t>Suggested Time</w:t>
            </w:r>
          </w:p>
        </w:tc>
        <w:tc>
          <w:tcPr>
            <w:tcW w:type="dxa" w:w="5184"/>
          </w:tcPr>
          <w:p>
            <w:r>
              <w:t>60 minutes</w:t>
            </w:r>
          </w:p>
        </w:tc>
      </w:tr>
    </w:tbl>
    <w:p/>
    <w:p>
      <w:r>
        <w:rPr>
          <w:b/>
          <w:color w:val="C65911"/>
          <w:sz w:val="23"/>
        </w:rPr>
        <w:t>Section A - Very Short / Objective</w:t>
      </w:r>
    </w:p>
    <w:p>
      <w:pPr>
        <w:spacing w:after="60"/>
      </w:pPr>
      <w:r>
        <w:rPr>
          <w:b/>
        </w:rPr>
        <w:t xml:space="preserve">1. </w:t>
      </w:r>
      <w:r>
        <w:t>Find ∛4096.</w:t>
      </w:r>
    </w:p>
    <w:p>
      <w:pPr>
        <w:spacing w:after="60"/>
      </w:pPr>
      <w:r>
        <w:rPr>
          <w:b/>
        </w:rPr>
        <w:t xml:space="preserve">2. </w:t>
      </w:r>
      <w:r>
        <w:t>Simplify 3⁵÷3².</w:t>
      </w:r>
    </w:p>
    <w:p>
      <w:pPr>
        <w:spacing w:after="60"/>
      </w:pPr>
      <w:r>
        <w:rPr>
          <w:b/>
        </w:rPr>
        <w:t xml:space="preserve">3. </w:t>
      </w:r>
      <w:r>
        <w:t>Expand (x-4)².</w:t>
      </w:r>
    </w:p>
    <w:p>
      <w:pPr>
        <w:spacing w:after="60"/>
      </w:pPr>
      <w:r>
        <w:rPr>
          <w:b/>
        </w:rPr>
        <w:t xml:space="preserve">4. </w:t>
      </w:r>
      <w:r>
        <w:t>Factorise x²-49.</w:t>
      </w:r>
    </w:p>
    <w:p>
      <w:pPr>
        <w:spacing w:after="60"/>
      </w:pPr>
      <w:r>
        <w:rPr>
          <w:b/>
        </w:rPr>
        <w:t xml:space="preserve">5. </w:t>
      </w:r>
      <w:r>
        <w:t>Find fourth angle: 85°,95°,110°,__.</w:t>
      </w:r>
    </w:p>
    <w:p>
      <w:pPr>
        <w:spacing w:after="60"/>
      </w:pPr>
      <w:r>
        <w:rPr>
          <w:b/>
        </w:rPr>
        <w:t xml:space="preserve">6. </w:t>
      </w:r>
      <w:r>
        <w:t>Find 22% of 450.</w:t>
      </w:r>
    </w:p>
    <w:p>
      <w:pPr>
        <w:spacing w:after="60"/>
      </w:pPr>
      <w:r>
        <w:rPr>
          <w:b/>
        </w:rPr>
        <w:t xml:space="preserve">7. </w:t>
      </w:r>
      <w:r>
        <w:t>Simplify ratio 144:216.</w:t>
      </w:r>
    </w:p>
    <w:p>
      <w:pPr>
        <w:spacing w:after="60"/>
      </w:pPr>
      <w:r>
        <w:rPr>
          <w:b/>
        </w:rPr>
        <w:t xml:space="preserve">8. </w:t>
      </w:r>
      <w:r>
        <w:t>Find mean of 8,12,15,9,16.</w:t>
      </w:r>
    </w:p>
    <w:p>
      <w:r>
        <w:rPr>
          <w:b/>
          <w:color w:val="C65911"/>
          <w:sz w:val="23"/>
        </w:rPr>
        <w:t>Section B - Short Answer</w:t>
      </w:r>
    </w:p>
    <w:p>
      <w:pPr>
        <w:spacing w:after="60"/>
      </w:pPr>
      <w:r>
        <w:rPr>
          <w:b/>
        </w:rPr>
        <w:t xml:space="preserve">9. </w:t>
      </w:r>
      <w:r>
        <w:t>Find least multiplier making 675 a perfect square.</w:t>
      </w:r>
    </w:p>
    <w:p>
      <w:pPr>
        <w:spacing w:after="60"/>
      </w:pPr>
      <w:r>
        <w:rPr>
          <w:b/>
        </w:rPr>
        <w:t xml:space="preserve">10. </w:t>
      </w:r>
      <w:r>
        <w:t>Simplify 4(2x-3)-3(x+5).</w:t>
      </w:r>
    </w:p>
    <w:p>
      <w:pPr>
        <w:spacing w:after="60"/>
      </w:pPr>
      <w:r>
        <w:rPr>
          <w:b/>
        </w:rPr>
        <w:t xml:space="preserve">11. </w:t>
      </w:r>
      <w:r>
        <w:t>A parallelogram has one angle 118°. Find all angles.</w:t>
      </w:r>
    </w:p>
    <w:p>
      <w:pPr>
        <w:spacing w:after="60"/>
      </w:pPr>
      <w:r>
        <w:rPr>
          <w:b/>
        </w:rPr>
        <w:t xml:space="preserve">12. </w:t>
      </w:r>
      <w:r>
        <w:t>Find SP after 12% discount on Rs 2500.</w:t>
      </w:r>
    </w:p>
    <w:p>
      <w:pPr>
        <w:spacing w:after="60"/>
      </w:pPr>
      <w:r>
        <w:rPr>
          <w:b/>
        </w:rPr>
        <w:t xml:space="preserve">13. </w:t>
      </w:r>
      <w:r>
        <w:t>Find SI on Rs 12,000 at 5% for 2.5 years.</w:t>
      </w:r>
    </w:p>
    <w:p>
      <w:r>
        <w:rPr>
          <w:b/>
          <w:color w:val="C65911"/>
          <w:sz w:val="23"/>
        </w:rPr>
        <w:t>Section C - Medium Answer</w:t>
      </w:r>
    </w:p>
    <w:p>
      <w:pPr>
        <w:spacing w:after="60"/>
      </w:pPr>
      <w:r>
        <w:rPr>
          <w:b/>
        </w:rPr>
        <w:t xml:space="preserve">14. </w:t>
      </w:r>
      <w:r>
        <w:t>A square has area 3136 cm². Find perimeter.</w:t>
      </w:r>
    </w:p>
    <w:p>
      <w:pPr>
        <w:spacing w:after="60"/>
      </w:pPr>
      <w:r>
        <w:rPr>
          <w:b/>
        </w:rPr>
        <w:t xml:space="preserve">15. </w:t>
      </w:r>
      <w:r>
        <w:t>Factorise 4x²-25.</w:t>
      </w:r>
    </w:p>
    <w:p>
      <w:pPr>
        <w:spacing w:after="60"/>
      </w:pPr>
      <w:r>
        <w:rPr>
          <w:b/>
        </w:rPr>
        <w:t xml:space="preserve">16. </w:t>
      </w:r>
      <w:r>
        <w:t>A quadrilateral has angles ratio 1:2:3:4. Find angles.</w:t>
      </w:r>
    </w:p>
    <w:p>
      <w:pPr>
        <w:spacing w:after="60"/>
      </w:pPr>
      <w:r>
        <w:rPr>
          <w:b/>
        </w:rPr>
        <w:t xml:space="preserve">17. </w:t>
      </w:r>
      <w:r>
        <w:t>A quantity increases 25% then decreases 20%. Compare final with original.</w:t>
      </w:r>
    </w:p>
    <w:p>
      <w:r>
        <w:rPr>
          <w:b/>
          <w:color w:val="C65911"/>
          <w:sz w:val="23"/>
        </w:rPr>
        <w:t>Section D - Long / Competency-Based</w:t>
      </w:r>
    </w:p>
    <w:p>
      <w:pPr>
        <w:spacing w:after="60"/>
      </w:pPr>
      <w:r>
        <w:rPr>
          <w:b/>
        </w:rPr>
        <w:t xml:space="preserve">18. </w:t>
      </w:r>
      <w:r>
        <w:t>Case study: A square park area is 6400 m². A 15% portion is playground. Find side, perimeter and playground area.</w:t>
      </w:r>
    </w:p>
    <w:p>
      <w:pPr>
        <w:spacing w:after="60"/>
      </w:pPr>
      <w:r>
        <w:rPr>
          <w:b/>
        </w:rPr>
        <w:t xml:space="preserve">19. </w:t>
      </w:r>
      <w:r>
        <w:t>A business buys 80 items at Rs 250 each, sells 60 at 20% profit and remaining at 10% loss. Find overall profit/loss.</w:t>
      </w:r>
    </w:p>
    <w:p>
      <w:pPr>
        <w:spacing w:after="60"/>
      </w:pPr>
      <w:r>
        <w:rPr>
          <w:b/>
        </w:rPr>
        <w:t xml:space="preserve">20. </w:t>
      </w:r>
      <w:r>
        <w:t>Mixed challenge: A rhombus has diagonals 24 m and 32 m. Find area. If landscaping costs Rs 75 per m² after a 12% discount, find final landscaping cost.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EazyMaths.in | Learn - Practice - Master Maths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