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6 Mathematics – Worksheet 1</w:t>
      </w:r>
    </w:p>
    <w:p>
      <w:pPr>
        <w:jc w:val="center"/>
      </w:pPr>
      <w:r>
        <w:rPr>
          <w:b/>
          <w:color w:val="C65911"/>
          <w:sz w:val="28"/>
        </w:rPr>
        <w:t>Mixed Syllabus – Set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Mixed coverage: Patterns in Mathematics; Lines and Angles; Number Play; Data Handling and Presentation; Prime Time; Perimeter and Area; Fractions; Playing with Constructions; Symmetry; The Other Side of Zero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Write the next two terms: 1, 4, 9, 16, 25, __, __.</w:t>
      </w:r>
    </w:p>
    <w:p>
      <w:pPr>
        <w:spacing w:after="60"/>
      </w:pPr>
      <w:r>
        <w:rPr>
          <w:b/>
        </w:rPr>
        <w:t xml:space="preserve">2. </w:t>
      </w:r>
      <w:r>
        <w:t>Classify 128° as acute, right, obtuse or straight.</w:t>
      </w:r>
    </w:p>
    <w:p>
      <w:pPr>
        <w:spacing w:after="60"/>
      </w:pPr>
      <w:r>
        <w:rPr>
          <w:b/>
        </w:rPr>
        <w:t xml:space="preserve">3. </w:t>
      </w:r>
      <w:r>
        <w:t>Write all prime numbers between 20 and 40.</w:t>
      </w:r>
    </w:p>
    <w:p>
      <w:pPr>
        <w:spacing w:after="60"/>
      </w:pPr>
      <w:r>
        <w:rPr>
          <w:b/>
        </w:rPr>
        <w:t xml:space="preserve">4. </w:t>
      </w:r>
      <w:r>
        <w:t>A pictograph uses 1 symbol = 5 students. What do 7 symbols represent?</w:t>
      </w:r>
    </w:p>
    <w:p>
      <w:pPr>
        <w:spacing w:after="60"/>
      </w:pPr>
      <w:r>
        <w:rPr>
          <w:b/>
        </w:rPr>
        <w:t xml:space="preserve">5. </w:t>
      </w:r>
      <w:r>
        <w:t>Find the perimeter of a rectangle of length 13 cm and breadth 8 cm.</w:t>
      </w:r>
    </w:p>
    <w:p>
      <w:pPr>
        <w:spacing w:after="60"/>
      </w:pPr>
      <w:r>
        <w:rPr>
          <w:b/>
        </w:rPr>
        <w:t xml:space="preserve">6. </w:t>
      </w:r>
      <w:r>
        <w:t>Which is greater: 5/8 or 3/4?</w:t>
      </w:r>
    </w:p>
    <w:p>
      <w:pPr>
        <w:spacing w:after="60"/>
      </w:pPr>
      <w:r>
        <w:rPr>
          <w:b/>
        </w:rPr>
        <w:t xml:space="preserve">7. </w:t>
      </w:r>
      <w:r>
        <w:t>Write the integer immediately to the left of -6 on a number line.</w:t>
      </w:r>
    </w:p>
    <w:p>
      <w:pPr>
        <w:spacing w:after="60"/>
      </w:pPr>
      <w:r>
        <w:rPr>
          <w:b/>
        </w:rPr>
        <w:t xml:space="preserve">8. </w:t>
      </w:r>
      <w:r>
        <w:t>How many lines of symmetry does a square have?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the next term and explain the rule: 2, 6, 12, 20, 30, ...</w:t>
      </w:r>
    </w:p>
    <w:p>
      <w:pPr>
        <w:spacing w:after="60"/>
      </w:pPr>
      <w:r>
        <w:rPr>
          <w:b/>
        </w:rPr>
        <w:t xml:space="preserve">10. </w:t>
      </w:r>
      <w:r>
        <w:t>One angle of a linear pair is 67°. Find the other angle.</w:t>
      </w:r>
    </w:p>
    <w:p>
      <w:pPr>
        <w:spacing w:after="60"/>
      </w:pPr>
      <w:r>
        <w:rPr>
          <w:b/>
        </w:rPr>
        <w:t xml:space="preserve">11. </w:t>
      </w:r>
      <w:r>
        <w:t>Find the HCF of 36 and 48.</w:t>
      </w:r>
    </w:p>
    <w:p>
      <w:pPr>
        <w:spacing w:after="60"/>
      </w:pPr>
      <w:r>
        <w:rPr>
          <w:b/>
        </w:rPr>
        <w:t xml:space="preserve">12. </w:t>
      </w:r>
      <w:r>
        <w:t>A survey records favourite fruits: Mango 12, Apple 8, Banana 10, Orange 5. Which is most popular and how many students were surveyed?</w:t>
      </w:r>
    </w:p>
    <w:p>
      <w:pPr>
        <w:spacing w:after="60"/>
      </w:pPr>
      <w:r>
        <w:rPr>
          <w:b/>
        </w:rPr>
        <w:t xml:space="preserve">13. </w:t>
      </w:r>
      <w:r>
        <w:t>A square garden has side 18 m. Find its perimeter and area.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Arrange 2/3, 5/6 and 3/4 in ascending order.</w:t>
      </w:r>
    </w:p>
    <w:p>
      <w:pPr>
        <w:spacing w:after="60"/>
      </w:pPr>
      <w:r>
        <w:rPr>
          <w:b/>
        </w:rPr>
        <w:t xml:space="preserve">15. </w:t>
      </w:r>
      <w:r>
        <w:t>Use a compass and ruler to describe how you would draw a circle of radius 4 cm.</w:t>
      </w:r>
    </w:p>
    <w:p>
      <w:pPr>
        <w:spacing w:after="60"/>
      </w:pPr>
      <w:r>
        <w:rPr>
          <w:b/>
        </w:rPr>
        <w:t xml:space="preserve">16. </w:t>
      </w:r>
      <w:r>
        <w:t>A floor pattern repeats Triangle, Circle, Circle, Square. What will be the 19th shape?</w:t>
      </w:r>
    </w:p>
    <w:p>
      <w:pPr>
        <w:spacing w:after="60"/>
      </w:pPr>
      <w:r>
        <w:rPr>
          <w:b/>
        </w:rPr>
        <w:t xml:space="preserve">17. </w:t>
      </w:r>
      <w:r>
        <w:t>A rectangular playground is 25 m by 18 m. A 1 m wide path runs inside along the boundary. Find the area of the remaining inner rectangle.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A lift starts at floor 3, goes down 7 floors, up 5 floors and down 2 floors. Represent the moves using integers and find the final floor.</w:t>
      </w:r>
    </w:p>
    <w:p>
      <w:pPr>
        <w:spacing w:after="60"/>
      </w:pPr>
      <w:r>
        <w:rPr>
          <w:b/>
        </w:rPr>
        <w:t xml:space="preserve">19. </w:t>
      </w:r>
      <w:r>
        <w:t>Riya folds a rectangular sheet exactly in half. Explain two different folds that can show lines of symmetry of a rectangle.</w:t>
      </w:r>
    </w:p>
    <w:p>
      <w:pPr>
        <w:spacing w:after="60"/>
      </w:pPr>
      <w:r>
        <w:rPr>
          <w:b/>
        </w:rPr>
        <w:t xml:space="preserve">20. </w:t>
      </w:r>
      <w:r>
        <w:t>A shop has 120 pencils. It packs 3/8 of them in red boxes and 1/4 in blue boxes. How many pencils remain unpacked?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6 Mathematics – Worksheet 2</w:t>
      </w:r>
    </w:p>
    <w:p>
      <w:pPr>
        <w:jc w:val="center"/>
      </w:pPr>
      <w:r>
        <w:rPr>
          <w:b/>
          <w:color w:val="C65911"/>
          <w:sz w:val="28"/>
        </w:rPr>
        <w:t>Mixed Syllabus – Set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Mixed coverage: Patterns in Mathematics; Lines and Angles; Number Play; Data Handling and Presentation; Prime Time; Perimeter and Area; Fractions; Playing with Constructions; Symmetry; The Other Side of Zero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Find the missing term: 3, 8, 15, 24, 35, __.</w:t>
      </w:r>
    </w:p>
    <w:p>
      <w:pPr>
        <w:spacing w:after="60"/>
      </w:pPr>
      <w:r>
        <w:rPr>
          <w:b/>
        </w:rPr>
        <w:t xml:space="preserve">2. </w:t>
      </w:r>
      <w:r>
        <w:t>How many endpoints does a ray have?</w:t>
      </w:r>
    </w:p>
    <w:p>
      <w:pPr>
        <w:spacing w:after="60"/>
      </w:pPr>
      <w:r>
        <w:rPr>
          <w:b/>
        </w:rPr>
        <w:t xml:space="preserve">3. </w:t>
      </w:r>
      <w:r>
        <w:t>Is 7,452 divisible by 3? Give a reason.</w:t>
      </w:r>
    </w:p>
    <w:p>
      <w:pPr>
        <w:spacing w:after="60"/>
      </w:pPr>
      <w:r>
        <w:rPr>
          <w:b/>
        </w:rPr>
        <w:t xml:space="preserve">4. </w:t>
      </w:r>
      <w:r>
        <w:t>Find the mode of: 4, 6, 7, 6, 8, 6, 9.</w:t>
      </w:r>
    </w:p>
    <w:p>
      <w:pPr>
        <w:spacing w:after="60"/>
      </w:pPr>
      <w:r>
        <w:rPr>
          <w:b/>
        </w:rPr>
        <w:t xml:space="preserve">5. </w:t>
      </w:r>
      <w:r>
        <w:t>Find the area of a rectangle 16 cm × 9 cm.</w:t>
      </w:r>
    </w:p>
    <w:p>
      <w:pPr>
        <w:spacing w:after="60"/>
      </w:pPr>
      <w:r>
        <w:rPr>
          <w:b/>
        </w:rPr>
        <w:t xml:space="preserve">6. </w:t>
      </w:r>
      <w:r>
        <w:t>Simplify 18/30.</w:t>
      </w:r>
    </w:p>
    <w:p>
      <w:pPr>
        <w:spacing w:after="60"/>
      </w:pPr>
      <w:r>
        <w:rPr>
          <w:b/>
        </w:rPr>
        <w:t xml:space="preserve">7. </w:t>
      </w:r>
      <w:r>
        <w:t>Which is smaller: -9 or -4?</w:t>
      </w:r>
    </w:p>
    <w:p>
      <w:pPr>
        <w:spacing w:after="60"/>
      </w:pPr>
      <w:r>
        <w:rPr>
          <w:b/>
        </w:rPr>
        <w:t xml:space="preserve">8. </w:t>
      </w:r>
      <w:r>
        <w:t>How many lines of symmetry does an equilateral triangle have?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Write the first three common multiples of 6 and 8.</w:t>
      </w:r>
    </w:p>
    <w:p>
      <w:pPr>
        <w:spacing w:after="60"/>
      </w:pPr>
      <w:r>
        <w:rPr>
          <w:b/>
        </w:rPr>
        <w:t xml:space="preserve">10. </w:t>
      </w:r>
      <w:r>
        <w:t>At 3:00, what angle is formed between the clock hands?</w:t>
      </w:r>
    </w:p>
    <w:p>
      <w:pPr>
        <w:spacing w:after="60"/>
      </w:pPr>
      <w:r>
        <w:rPr>
          <w:b/>
        </w:rPr>
        <w:t xml:space="preserve">11. </w:t>
      </w:r>
      <w:r>
        <w:t>A number has exactly two factors. What kind of number is it? Give two examples.</w:t>
      </w:r>
    </w:p>
    <w:p>
      <w:pPr>
        <w:spacing w:after="60"/>
      </w:pPr>
      <w:r>
        <w:rPr>
          <w:b/>
        </w:rPr>
        <w:t xml:space="preserve">12. </w:t>
      </w:r>
      <w:r>
        <w:t>A bar graph shows 15 books on Monday, 22 Tuesday, 18 Wednesday and 25 Thursday. Find total books and the difference between highest and lowest days.</w:t>
      </w:r>
    </w:p>
    <w:p>
      <w:pPr>
        <w:spacing w:after="60"/>
      </w:pPr>
      <w:r>
        <w:rPr>
          <w:b/>
        </w:rPr>
        <w:t xml:space="preserve">13. </w:t>
      </w:r>
      <w:r>
        <w:t>A wire 64 cm long is bent into a square. Find side and area.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Find 5/6 - 1/4.</w:t>
      </w:r>
    </w:p>
    <w:p>
      <w:pPr>
        <w:spacing w:after="60"/>
      </w:pPr>
      <w:r>
        <w:rPr>
          <w:b/>
        </w:rPr>
        <w:t xml:space="preserve">15. </w:t>
      </w:r>
      <w:r>
        <w:t>Describe the steps to construct a perpendicular bisector of a line segment using ruler and compass.</w:t>
      </w:r>
    </w:p>
    <w:p>
      <w:pPr>
        <w:spacing w:after="60"/>
      </w:pPr>
      <w:r>
        <w:rPr>
          <w:b/>
        </w:rPr>
        <w:t xml:space="preserve">16. </w:t>
      </w:r>
      <w:r>
        <w:t>Starting at 0 on a number line, move 8 units left, 13 right, then 6 left. Where do you finish?</w:t>
      </w:r>
    </w:p>
    <w:p>
      <w:pPr>
        <w:spacing w:after="60"/>
      </w:pPr>
      <w:r>
        <w:rPr>
          <w:b/>
        </w:rPr>
        <w:t xml:space="preserve">17. </w:t>
      </w:r>
      <w:r>
        <w:t>A pattern has 4 dots in figure 1, 7 in figure 2, 10 in figure 3. Write a rule and find dots in figure 12.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A school has 144 red, 180 blue and 216 yellow badges. Find the greatest number of identical sets possible and the number of each colour in one set.</w:t>
      </w:r>
    </w:p>
    <w:p>
      <w:pPr>
        <w:spacing w:after="60"/>
      </w:pPr>
      <w:r>
        <w:rPr>
          <w:b/>
        </w:rPr>
        <w:t xml:space="preserve">19. </w:t>
      </w:r>
      <w:r>
        <w:t>A rectangle has perimeter 50 cm and length 15 cm. Find breadth and area.</w:t>
      </w:r>
    </w:p>
    <w:p>
      <w:pPr>
        <w:spacing w:after="60"/>
      </w:pPr>
      <w:r>
        <w:rPr>
          <w:b/>
        </w:rPr>
        <w:t xml:space="preserve">20. </w:t>
      </w:r>
      <w:r>
        <w:t>Meera read 2/5 of a book on Monday and 1/4 on Tuesday. What fraction is left unread?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6 Mathematics – Worksheet 3</w:t>
      </w:r>
    </w:p>
    <w:p>
      <w:pPr>
        <w:jc w:val="center"/>
      </w:pPr>
      <w:r>
        <w:rPr>
          <w:b/>
          <w:color w:val="C65911"/>
          <w:sz w:val="28"/>
        </w:rPr>
        <w:t>Mixed Syllabus – Set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Mixed coverage: Patterns in Mathematics; Lines and Angles; Number Play; Data Handling and Presentation; Prime Time; Perimeter and Area; Fractions; Playing with Constructions; Symmetry; The Other Side of Zero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Write the next two triangular numbers after 15.</w:t>
      </w:r>
    </w:p>
    <w:p>
      <w:pPr>
        <w:spacing w:after="60"/>
      </w:pPr>
      <w:r>
        <w:rPr>
          <w:b/>
        </w:rPr>
        <w:t xml:space="preserve">2. </w:t>
      </w:r>
      <w:r>
        <w:t>Find the complement of 34°.</w:t>
      </w:r>
    </w:p>
    <w:p>
      <w:pPr>
        <w:spacing w:after="60"/>
      </w:pPr>
      <w:r>
        <w:rPr>
          <w:b/>
        </w:rPr>
        <w:t xml:space="preserve">3. </w:t>
      </w:r>
      <w:r>
        <w:t>Write the prime factorisation of 84.</w:t>
      </w:r>
    </w:p>
    <w:p>
      <w:pPr>
        <w:spacing w:after="60"/>
      </w:pPr>
      <w:r>
        <w:rPr>
          <w:b/>
        </w:rPr>
        <w:t xml:space="preserve">4. </w:t>
      </w:r>
      <w:r>
        <w:t>A data set is 12, 15, 10, 18, 15. Find its range.</w:t>
      </w:r>
    </w:p>
    <w:p>
      <w:pPr>
        <w:spacing w:after="60"/>
      </w:pPr>
      <w:r>
        <w:rPr>
          <w:b/>
        </w:rPr>
        <w:t xml:space="preserve">5. </w:t>
      </w:r>
      <w:r>
        <w:t>Find perimeter of an equilateral triangle of side 17 cm.</w:t>
      </w:r>
    </w:p>
    <w:p>
      <w:pPr>
        <w:spacing w:after="60"/>
      </w:pPr>
      <w:r>
        <w:rPr>
          <w:b/>
        </w:rPr>
        <w:t xml:space="preserve">6. </w:t>
      </w:r>
      <w:r>
        <w:t>Convert 2 3/5 to an improper fraction.</w:t>
      </w:r>
    </w:p>
    <w:p>
      <w:pPr>
        <w:spacing w:after="60"/>
      </w:pPr>
      <w:r>
        <w:rPr>
          <w:b/>
        </w:rPr>
        <w:t xml:space="preserve">7. </w:t>
      </w:r>
      <w:r>
        <w:t>Calculate (-7) + 12.</w:t>
      </w:r>
    </w:p>
    <w:p>
      <w:pPr>
        <w:spacing w:after="60"/>
      </w:pPr>
      <w:r>
        <w:rPr>
          <w:b/>
        </w:rPr>
        <w:t xml:space="preserve">8. </w:t>
      </w:r>
      <w:r>
        <w:t>State whether a regular pentagon has line symmetry.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the smallest number divisible by 4, 6 and 9.</w:t>
      </w:r>
    </w:p>
    <w:p>
      <w:pPr>
        <w:spacing w:after="60"/>
      </w:pPr>
      <w:r>
        <w:rPr>
          <w:b/>
        </w:rPr>
        <w:t xml:space="preserve">10. </w:t>
      </w:r>
      <w:r>
        <w:t>Two lines intersect. One angle is 55°. Find its vertically opposite angle and an adjacent angle.</w:t>
      </w:r>
    </w:p>
    <w:p>
      <w:pPr>
        <w:spacing w:after="60"/>
      </w:pPr>
      <w:r>
        <w:rPr>
          <w:b/>
        </w:rPr>
        <w:t xml:space="preserve">11. </w:t>
      </w:r>
      <w:r>
        <w:t>Explain why 1 is neither prime nor composite.</w:t>
      </w:r>
    </w:p>
    <w:p>
      <w:pPr>
        <w:spacing w:after="60"/>
      </w:pPr>
      <w:r>
        <w:rPr>
          <w:b/>
        </w:rPr>
        <w:t xml:space="preserve">12. </w:t>
      </w:r>
      <w:r>
        <w:t>A class survey gives transport: Bus 18, Walk 7, Car 10, Cycle 5. Represent the data in a frequency table and find the fraction travelling by bus.</w:t>
      </w:r>
    </w:p>
    <w:p>
      <w:pPr>
        <w:spacing w:after="60"/>
      </w:pPr>
      <w:r>
        <w:rPr>
          <w:b/>
        </w:rPr>
        <w:t xml:space="preserve">13. </w:t>
      </w:r>
      <w:r>
        <w:t>A rectangular field has area 432 m² and breadth 16 m. Find length and perimeter.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Find 3/4 of 56.</w:t>
      </w:r>
    </w:p>
    <w:p>
      <w:pPr>
        <w:spacing w:after="60"/>
      </w:pPr>
      <w:r>
        <w:rPr>
          <w:b/>
        </w:rPr>
        <w:t xml:space="preserve">15. </w:t>
      </w:r>
      <w:r>
        <w:t>Draw or describe a construction of a 60° angle using ruler and compass.</w:t>
      </w:r>
    </w:p>
    <w:p>
      <w:pPr>
        <w:spacing w:after="60"/>
      </w:pPr>
      <w:r>
        <w:rPr>
          <w:b/>
        </w:rPr>
        <w:t xml:space="preserve">16. </w:t>
      </w:r>
      <w:r>
        <w:t>A temperature is 4°C in the afternoon and falls by 9°C at night. What is the night temperature?</w:t>
      </w:r>
    </w:p>
    <w:p>
      <w:pPr>
        <w:spacing w:after="60"/>
      </w:pPr>
      <w:r>
        <w:rPr>
          <w:b/>
        </w:rPr>
        <w:t xml:space="preserve">17. </w:t>
      </w:r>
      <w:r>
        <w:t>Find the 10th term of the pattern 5, 9, 13, 17, ... and explain your method.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A square park side is 30 m. A rectangular flower bed 12 m × 8 m is inside it. Find the remaining area.</w:t>
      </w:r>
    </w:p>
    <w:p>
      <w:pPr>
        <w:spacing w:after="60"/>
      </w:pPr>
      <w:r>
        <w:rPr>
          <w:b/>
        </w:rPr>
        <w:t xml:space="preserve">19. </w:t>
      </w:r>
      <w:r>
        <w:t>A design has one vertical and one horizontal line of symmetry but no diagonal line of symmetry. Name a common shape that fits and justify.</w:t>
      </w:r>
    </w:p>
    <w:p>
      <w:pPr>
        <w:spacing w:after="60"/>
      </w:pPr>
      <w:r>
        <w:rPr>
          <w:b/>
        </w:rPr>
        <w:t xml:space="preserve">20. </w:t>
      </w:r>
      <w:r>
        <w:t>A tank is 5/6 full. If its capacity is 360 L, how much water is needed to fill it completely?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6 Mathematics – Worksheet 4</w:t>
      </w:r>
    </w:p>
    <w:p>
      <w:pPr>
        <w:jc w:val="center"/>
      </w:pPr>
      <w:r>
        <w:rPr>
          <w:b/>
          <w:color w:val="C65911"/>
          <w:sz w:val="28"/>
        </w:rPr>
        <w:t>Mixed Syllabus – Set 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Mixed coverage: Patterns in Mathematics; Lines and Angles; Number Play; Data Handling and Presentation; Prime Time; Perimeter and Area; Fractions; Playing with Constructions; Symmetry; The Other Side of Zero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Find the next term: 1, 2, 4, 8, 16, __.</w:t>
      </w:r>
    </w:p>
    <w:p>
      <w:pPr>
        <w:spacing w:after="60"/>
      </w:pPr>
      <w:r>
        <w:rPr>
          <w:b/>
        </w:rPr>
        <w:t xml:space="preserve">2. </w:t>
      </w:r>
      <w:r>
        <w:t>Classify 180°.</w:t>
      </w:r>
    </w:p>
    <w:p>
      <w:pPr>
        <w:spacing w:after="60"/>
      </w:pPr>
      <w:r>
        <w:rPr>
          <w:b/>
        </w:rPr>
        <w:t xml:space="preserve">3. </w:t>
      </w:r>
      <w:r>
        <w:t>Is 91 prime or composite? Justify.</w:t>
      </w:r>
    </w:p>
    <w:p>
      <w:pPr>
        <w:spacing w:after="60"/>
      </w:pPr>
      <w:r>
        <w:rPr>
          <w:b/>
        </w:rPr>
        <w:t xml:space="preserve">4. </w:t>
      </w:r>
      <w:r>
        <w:t>Find the median of 5, 9, 11, 14, 17.</w:t>
      </w:r>
    </w:p>
    <w:p>
      <w:pPr>
        <w:spacing w:after="60"/>
      </w:pPr>
      <w:r>
        <w:rPr>
          <w:b/>
        </w:rPr>
        <w:t xml:space="preserve">5. </w:t>
      </w:r>
      <w:r>
        <w:t>Find area of a square with perimeter 44 cm.</w:t>
      </w:r>
    </w:p>
    <w:p>
      <w:pPr>
        <w:spacing w:after="60"/>
      </w:pPr>
      <w:r>
        <w:rPr>
          <w:b/>
        </w:rPr>
        <w:t xml:space="preserve">6. </w:t>
      </w:r>
      <w:r>
        <w:t>Which is greater: 7/12 or 5/9?</w:t>
      </w:r>
    </w:p>
    <w:p>
      <w:pPr>
        <w:spacing w:after="60"/>
      </w:pPr>
      <w:r>
        <w:rPr>
          <w:b/>
        </w:rPr>
        <w:t xml:space="preserve">7. </w:t>
      </w:r>
      <w:r>
        <w:t>Calculate 6 + (-11).</w:t>
      </w:r>
    </w:p>
    <w:p>
      <w:pPr>
        <w:spacing w:after="60"/>
      </w:pPr>
      <w:r>
        <w:rPr>
          <w:b/>
        </w:rPr>
        <w:t xml:space="preserve">8. </w:t>
      </w:r>
      <w:r>
        <w:t>How many lines of symmetry does a regular hexagon have?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Find the LCM of 12 and 18.</w:t>
      </w:r>
    </w:p>
    <w:p>
      <w:pPr>
        <w:spacing w:after="60"/>
      </w:pPr>
      <w:r>
        <w:rPr>
          <w:b/>
        </w:rPr>
        <w:t xml:space="preserve">10. </w:t>
      </w:r>
      <w:r>
        <w:t>An angle is 25° less than a right angle. Find it.</w:t>
      </w:r>
    </w:p>
    <w:p>
      <w:pPr>
        <w:spacing w:after="60"/>
      </w:pPr>
      <w:r>
        <w:rPr>
          <w:b/>
        </w:rPr>
        <w:t xml:space="preserve">11. </w:t>
      </w:r>
      <w:r>
        <w:t>Find all factors of 60 and identify the prime factors.</w:t>
      </w:r>
    </w:p>
    <w:p>
      <w:pPr>
        <w:spacing w:after="60"/>
      </w:pPr>
      <w:r>
        <w:rPr>
          <w:b/>
        </w:rPr>
        <w:t xml:space="preserve">12. </w:t>
      </w:r>
      <w:r>
        <w:t>A pictograph has 1 star = 4 votes. Team A has 6 stars, B has 8, C has 5. Find total votes and winning margin.</w:t>
      </w:r>
    </w:p>
    <w:p>
      <w:pPr>
        <w:spacing w:after="60"/>
      </w:pPr>
      <w:r>
        <w:rPr>
          <w:b/>
        </w:rPr>
        <w:t xml:space="preserve">13. </w:t>
      </w:r>
      <w:r>
        <w:t>A 20 m × 14 m rectangle is divided into two equal rectangles by a line parallel to the shorter side. Find area and perimeter of each smaller rectangle.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Add 2 1/3 + 1 5/6.</w:t>
      </w:r>
    </w:p>
    <w:p>
      <w:pPr>
        <w:spacing w:after="60"/>
      </w:pPr>
      <w:r>
        <w:rPr>
          <w:b/>
        </w:rPr>
        <w:t xml:space="preserve">15. </w:t>
      </w:r>
      <w:r>
        <w:t>Explain how a compass can be used to copy a line segment of given length.</w:t>
      </w:r>
    </w:p>
    <w:p>
      <w:pPr>
        <w:spacing w:after="60"/>
      </w:pPr>
      <w:r>
        <w:rPr>
          <w:b/>
        </w:rPr>
        <w:t xml:space="preserve">16. </w:t>
      </w:r>
      <w:r>
        <w:t>A submarine is at -18 m, rises 7 m, then descends 12 m. Find its final position.</w:t>
      </w:r>
    </w:p>
    <w:p>
      <w:pPr>
        <w:spacing w:after="60"/>
      </w:pPr>
      <w:r>
        <w:rPr>
          <w:b/>
        </w:rPr>
        <w:t xml:space="preserve">17. </w:t>
      </w:r>
      <w:r>
        <w:t>A number pattern is 2, 5, 10, 17, 26, ... Find the next two terms and describe the pattern.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Three bells ring every 6, 8 and 12 minutes. If they ring together at 10:00 a.m., when will they next ring together?</w:t>
      </w:r>
    </w:p>
    <w:p>
      <w:pPr>
        <w:spacing w:after="60"/>
      </w:pPr>
      <w:r>
        <w:rPr>
          <w:b/>
        </w:rPr>
        <w:t xml:space="preserve">19. </w:t>
      </w:r>
      <w:r>
        <w:t>A shape is reflected across a vertical line. Explain what stays unchanged about corresponding points and distances.</w:t>
      </w:r>
    </w:p>
    <w:p>
      <w:pPr>
        <w:spacing w:after="60"/>
      </w:pPr>
      <w:r>
        <w:rPr>
          <w:b/>
        </w:rPr>
        <w:t xml:space="preserve">20. </w:t>
      </w:r>
      <w:r>
        <w:t>A family uses 3/10 of a 50 kg bag of rice in week 1 and 1/5 in week 2. How much rice remains?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6 Mathematics – Worksheet 5</w:t>
      </w:r>
    </w:p>
    <w:p>
      <w:pPr>
        <w:jc w:val="center"/>
      </w:pPr>
      <w:r>
        <w:rPr>
          <w:b/>
          <w:color w:val="C65911"/>
          <w:sz w:val="28"/>
        </w:rPr>
        <w:t>Mixed Syllabus – Set 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Mixed coverage: Patterns in Mathematics; Lines and Angles; Number Play; Data Handling and Presentation; Prime Time; Perimeter and Area; Fractions; Playing with Constructions; Symmetry; The Other Side of Zero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 | 20 Questions</w:t>
            </w:r>
          </w:p>
        </w:tc>
      </w:tr>
    </w:tbl>
    <w:p/>
    <w:p>
      <w:r>
        <w:rPr>
          <w:b/>
          <w:color w:val="C65911"/>
          <w:sz w:val="23"/>
        </w:rPr>
        <w:t>Section A – Very Short / Objective</w:t>
      </w:r>
    </w:p>
    <w:p>
      <w:pPr>
        <w:spacing w:after="60"/>
      </w:pPr>
      <w:r>
        <w:rPr>
          <w:b/>
        </w:rPr>
        <w:t xml:space="preserve">1. </w:t>
      </w:r>
      <w:r>
        <w:t>Write the next term and rule: 2, 5, 10, 17, 26, __.</w:t>
      </w:r>
    </w:p>
    <w:p>
      <w:pPr>
        <w:spacing w:after="60"/>
      </w:pPr>
      <w:r>
        <w:rPr>
          <w:b/>
        </w:rPr>
        <w:t xml:space="preserve">2. </w:t>
      </w:r>
      <w:r>
        <w:t>Find the supplement of 118°.</w:t>
      </w:r>
    </w:p>
    <w:p>
      <w:pPr>
        <w:spacing w:after="60"/>
      </w:pPr>
      <w:r>
        <w:rPr>
          <w:b/>
        </w:rPr>
        <w:t xml:space="preserve">3. </w:t>
      </w:r>
      <w:r>
        <w:t>Find the greatest common factor of 72 and 108.</w:t>
      </w:r>
    </w:p>
    <w:p>
      <w:pPr>
        <w:spacing w:after="60"/>
      </w:pPr>
      <w:r>
        <w:rPr>
          <w:b/>
        </w:rPr>
        <w:t xml:space="preserve">4. </w:t>
      </w:r>
      <w:r>
        <w:t>A table records scores: 8, 12, 10, 15, 12, 9, 12. Find mode and range.</w:t>
      </w:r>
    </w:p>
    <w:p>
      <w:pPr>
        <w:spacing w:after="60"/>
      </w:pPr>
      <w:r>
        <w:rPr>
          <w:b/>
        </w:rPr>
        <w:t xml:space="preserve">5. </w:t>
      </w:r>
      <w:r>
        <w:t>A rectangle has area 180 cm² and length 15 cm. Find breadth and perimeter.</w:t>
      </w:r>
    </w:p>
    <w:p>
      <w:pPr>
        <w:spacing w:after="60"/>
      </w:pPr>
      <w:r>
        <w:rPr>
          <w:b/>
        </w:rPr>
        <w:t xml:space="preserve">6. </w:t>
      </w:r>
      <w:r>
        <w:t>Find 7/8 ÷ 7/16.</w:t>
      </w:r>
    </w:p>
    <w:p>
      <w:pPr>
        <w:spacing w:after="60"/>
      </w:pPr>
      <w:r>
        <w:rPr>
          <w:b/>
        </w:rPr>
        <w:t xml:space="preserve">7. </w:t>
      </w:r>
      <w:r>
        <w:t>Arrange -5, 2, -1, 0, 6 in ascending order.</w:t>
      </w:r>
    </w:p>
    <w:p>
      <w:pPr>
        <w:spacing w:after="60"/>
      </w:pPr>
      <w:r>
        <w:rPr>
          <w:b/>
        </w:rPr>
        <w:t xml:space="preserve">8. </w:t>
      </w:r>
      <w:r>
        <w:t>Name two capital English letters having vertical line symmetry.</w:t>
      </w:r>
    </w:p>
    <w:p>
      <w:r>
        <w:rPr>
          <w:b/>
          <w:color w:val="C65911"/>
          <w:sz w:val="23"/>
        </w:rPr>
        <w:t>Section B – Short Answer</w:t>
      </w:r>
    </w:p>
    <w:p>
      <w:pPr>
        <w:spacing w:after="60"/>
      </w:pPr>
      <w:r>
        <w:rPr>
          <w:b/>
        </w:rPr>
        <w:t xml:space="preserve">9. </w:t>
      </w:r>
      <w:r>
        <w:t>A pattern uses matchsticks: 4, 7, 10, 13, ... How many are needed for figure 20?</w:t>
      </w:r>
    </w:p>
    <w:p>
      <w:pPr>
        <w:spacing w:after="60"/>
      </w:pPr>
      <w:r>
        <w:rPr>
          <w:b/>
        </w:rPr>
        <w:t xml:space="preserve">10. </w:t>
      </w:r>
      <w:r>
        <w:t>Four angles around a point are 85°, 95°, 110° and x°. Find x.</w:t>
      </w:r>
    </w:p>
    <w:p>
      <w:pPr>
        <w:spacing w:after="60"/>
      </w:pPr>
      <w:r>
        <w:rPr>
          <w:b/>
        </w:rPr>
        <w:t xml:space="preserve">11. </w:t>
      </w:r>
      <w:r>
        <w:t>Find the least number that must be added to 95 to make it divisible by 6.</w:t>
      </w:r>
    </w:p>
    <w:p>
      <w:pPr>
        <w:spacing w:after="60"/>
      </w:pPr>
      <w:r>
        <w:rPr>
          <w:b/>
        </w:rPr>
        <w:t xml:space="preserve">12. </w:t>
      </w:r>
      <w:r>
        <w:t>A survey of 50 students shows 18 like cricket, 14 football, 10 badminton and rest basketball. Find basketball count and represent each category as a fraction of 50.</w:t>
      </w:r>
    </w:p>
    <w:p>
      <w:pPr>
        <w:spacing w:after="60"/>
      </w:pPr>
      <w:r>
        <w:rPr>
          <w:b/>
        </w:rPr>
        <w:t xml:space="preserve">13. </w:t>
      </w:r>
      <w:r>
        <w:t>A square and rectangle have equal perimeter 48 cm. The rectangle is 16 cm × 8 cm. Compare their areas.</w:t>
      </w:r>
    </w:p>
    <w:p>
      <w:r>
        <w:rPr>
          <w:b/>
          <w:color w:val="C65911"/>
          <w:sz w:val="23"/>
        </w:rPr>
        <w:t>Section C – Medium Answer</w:t>
      </w:r>
    </w:p>
    <w:p>
      <w:pPr>
        <w:spacing w:after="60"/>
      </w:pPr>
      <w:r>
        <w:rPr>
          <w:b/>
        </w:rPr>
        <w:t xml:space="preserve">14. </w:t>
      </w:r>
      <w:r>
        <w:t>Rohan spends 3/8 of Rs 640 and then 1/5 of the original amount. How much money remains?</w:t>
      </w:r>
    </w:p>
    <w:p>
      <w:pPr>
        <w:spacing w:after="60"/>
      </w:pPr>
      <w:r>
        <w:rPr>
          <w:b/>
        </w:rPr>
        <w:t xml:space="preserve">15. </w:t>
      </w:r>
      <w:r>
        <w:t>Describe how to construct the midpoint of a line segment without measuring its length.</w:t>
      </w:r>
    </w:p>
    <w:p>
      <w:pPr>
        <w:spacing w:after="60"/>
      </w:pPr>
      <w:r>
        <w:rPr>
          <w:b/>
        </w:rPr>
        <w:t xml:space="preserve">16. </w:t>
      </w:r>
      <w:r>
        <w:t>At sunrise temperature is -3°C. It rises 11°C by noon and falls 7°C by night. Find noon and night temperatures.</w:t>
      </w:r>
    </w:p>
    <w:p>
      <w:pPr>
        <w:spacing w:after="60"/>
      </w:pPr>
      <w:r>
        <w:rPr>
          <w:b/>
        </w:rPr>
        <w:t xml:space="preserve">17. </w:t>
      </w:r>
      <w:r>
        <w:t>Challenge pattern: 1, 4, 10, 20, 35, ... The increases are 3, 6, 10, 15, ... Find the next two terms.</w:t>
      </w:r>
    </w:p>
    <w:p>
      <w:r>
        <w:rPr>
          <w:b/>
          <w:color w:val="C65911"/>
          <w:sz w:val="23"/>
        </w:rPr>
        <w:t>Section D –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A rectangular school ground is 40 m × 25 m. A square stage of side 8 m and a rectangular garden 12 m × 5 m occupy parts of it. Find unused area.</w:t>
      </w:r>
    </w:p>
    <w:p>
      <w:pPr>
        <w:spacing w:after="60"/>
      </w:pPr>
      <w:r>
        <w:rPr>
          <w:b/>
        </w:rPr>
        <w:t xml:space="preserve">19. </w:t>
      </w:r>
      <w:r>
        <w:t>Prime Time challenge: Find the smallest number greater than 100 that is divisible by 6, 8 and 9.</w:t>
      </w:r>
    </w:p>
    <w:p>
      <w:pPr>
        <w:spacing w:after="60"/>
      </w:pPr>
      <w:r>
        <w:rPr>
          <w:b/>
        </w:rPr>
        <w:t xml:space="preserve">20. </w:t>
      </w:r>
      <w:r>
        <w:t>Full-syllabus challenge: A 24 m ribbon is divided so that 3/8 is used for decorations. The remaining ribbon is cut into equal 3 m pieces. How many complete pieces are obtained and how much, if any, is left?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EazyMaths.in | Learn • Practice • Master Maths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