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- Worksheet 1</w:t>
      </w:r>
    </w:p>
    <w:p>
      <w:pPr>
        <w:jc w:val="center"/>
      </w:pPr>
      <w:r>
        <w:rPr>
          <w:b/>
          <w:color w:val="C65911"/>
          <w:sz w:val="28"/>
        </w:rPr>
        <w:t>Large Numbers &amp; Arithmetic Expressions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Large Numbers Around Us; Indian/International numeration; estimation; arithmetic expressions; order of operations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Write 8,04,07,305 in words in the Indian system.</w:t>
      </w:r>
    </w:p>
    <w:p>
      <w:pPr>
        <w:spacing w:after="60"/>
      </w:pPr>
      <w:r>
        <w:rPr>
          <w:b/>
        </w:rPr>
        <w:t xml:space="preserve">2. </w:t>
      </w:r>
      <w:r>
        <w:t>Write 35 million in the Indian system.</w:t>
      </w:r>
    </w:p>
    <w:p>
      <w:pPr>
        <w:spacing w:after="60"/>
      </w:pPr>
      <w:r>
        <w:rPr>
          <w:b/>
        </w:rPr>
        <w:t xml:space="preserve">3. </w:t>
      </w:r>
      <w:r>
        <w:t>Round 7,48,596 to the nearest ten thousand.</w:t>
      </w:r>
    </w:p>
    <w:p>
      <w:pPr>
        <w:spacing w:after="60"/>
      </w:pPr>
      <w:r>
        <w:rPr>
          <w:b/>
        </w:rPr>
        <w:t xml:space="preserve">4. </w:t>
      </w:r>
      <w:r>
        <w:t>Estimate 48,921 + 31,087 by rounding to the nearest thousand.</w:t>
      </w:r>
    </w:p>
    <w:p>
      <w:pPr>
        <w:spacing w:after="60"/>
      </w:pPr>
      <w:r>
        <w:rPr>
          <w:b/>
        </w:rPr>
        <w:t xml:space="preserve">5. </w:t>
      </w:r>
      <w:r>
        <w:t>Evaluate: 48 - 6 x 5 + 12.</w:t>
      </w:r>
    </w:p>
    <w:p>
      <w:pPr>
        <w:spacing w:after="60"/>
      </w:pPr>
      <w:r>
        <w:rPr>
          <w:b/>
        </w:rPr>
        <w:t xml:space="preserve">6. </w:t>
      </w:r>
      <w:r>
        <w:t>Insert brackets to make 8 + 4 x 3 equal to 36.</w:t>
      </w:r>
    </w:p>
    <w:p>
      <w:pPr>
        <w:spacing w:after="60"/>
      </w:pPr>
      <w:r>
        <w:rPr>
          <w:b/>
        </w:rPr>
        <w:t xml:space="preserve">7. </w:t>
      </w:r>
      <w:r>
        <w:t>Which is greater: 6.08 million or 60.8 lakh?</w:t>
      </w:r>
    </w:p>
    <w:p>
      <w:pPr>
        <w:spacing w:after="60"/>
      </w:pPr>
      <w:r>
        <w:rPr>
          <w:b/>
        </w:rPr>
        <w:t xml:space="preserve">8. </w:t>
      </w:r>
      <w:r>
        <w:t>Find the place value of 7 in 5,72,04,918.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A stadium has 48,750 seats. 39,865 are occupied. How many are vacant?</w:t>
      </w:r>
    </w:p>
    <w:p>
      <w:pPr>
        <w:spacing w:after="60"/>
      </w:pPr>
      <w:r>
        <w:rPr>
          <w:b/>
        </w:rPr>
        <w:t xml:space="preserve">10. </w:t>
      </w:r>
      <w:r>
        <w:t>Simplify: 240 ÷ 12 x 5 - 18.</w:t>
      </w:r>
    </w:p>
    <w:p>
      <w:pPr>
        <w:spacing w:after="60"/>
      </w:pPr>
      <w:r>
        <w:rPr>
          <w:b/>
        </w:rPr>
        <w:t xml:space="preserve">11. </w:t>
      </w:r>
      <w:r>
        <w:t>A city has 32,45,600 people and another has 28,76,950. Find the difference.</w:t>
      </w:r>
    </w:p>
    <w:p>
      <w:pPr>
        <w:spacing w:after="60"/>
      </w:pPr>
      <w:r>
        <w:rPr>
          <w:b/>
        </w:rPr>
        <w:t xml:space="preserve">12. </w:t>
      </w:r>
      <w:r>
        <w:t>Write an expression for: subtract 7 from the product of 12 and 9, then evaluate it.</w:t>
      </w:r>
    </w:p>
    <w:p>
      <w:pPr>
        <w:spacing w:after="60"/>
      </w:pPr>
      <w:r>
        <w:rPr>
          <w:b/>
        </w:rPr>
        <w:t xml:space="preserve">13. </w:t>
      </w:r>
      <w:r>
        <w:t>A factory makes 12,850 items per day. Estimate production for 29 days and then find the exact value.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school buys 48 boxes with 125 notebooks each. It distributes 4,875 notebooks. How many remain?</w:t>
      </w:r>
    </w:p>
    <w:p>
      <w:pPr>
        <w:spacing w:after="60"/>
      </w:pPr>
      <w:r>
        <w:rPr>
          <w:b/>
        </w:rPr>
        <w:t xml:space="preserve">15. </w:t>
      </w:r>
      <w:r>
        <w:t>Evaluate 18 + 36 ÷ 6 x 4 - 5 and explain the order used.</w:t>
      </w:r>
    </w:p>
    <w:p>
      <w:pPr>
        <w:spacing w:after="60"/>
      </w:pPr>
      <w:r>
        <w:rPr>
          <w:b/>
        </w:rPr>
        <w:t xml:space="preserve">16. </w:t>
      </w:r>
      <w:r>
        <w:t>A number rounded to the nearest lakh is 37,00,000. Give the least and greatest possible whole numbers.</w:t>
      </w:r>
    </w:p>
    <w:p>
      <w:pPr>
        <w:spacing w:after="60"/>
      </w:pPr>
      <w:r>
        <w:rPr>
          <w:b/>
        </w:rPr>
        <w:t xml:space="preserve">17. </w:t>
      </w:r>
      <w:r>
        <w:t>Create two different arithmetic expressions using 8, 6, 4 and 2 that have value 20.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A district budget is Rs 8,75,40,000. Rs 3,28,75,500 is spent on roads and Rs 2,14,60,250 on schools. Find the balance.</w:t>
      </w:r>
    </w:p>
    <w:p>
      <w:pPr>
        <w:spacing w:after="60"/>
      </w:pPr>
      <w:r>
        <w:rPr>
          <w:b/>
        </w:rPr>
        <w:t xml:space="preserve">19. </w:t>
      </w:r>
      <w:r>
        <w:t>A company packs 2,40,000 bottles equally into 125 trucks. Each truck supplies 32 shops equally. How many bottles does each shop get?</w:t>
      </w:r>
    </w:p>
    <w:p>
      <w:pPr>
        <w:spacing w:after="60"/>
      </w:pPr>
      <w:r>
        <w:rPr>
          <w:b/>
        </w:rPr>
        <w:t xml:space="preserve">20. </w:t>
      </w:r>
      <w:r>
        <w:t>Case study: A museum recorded 12,48,750 visitors in Year 1, 13,06,420 in Year 2 and 11,95,860 in Year 3. Find total visitors, the highest year, and the difference between highest and lowest.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- Worksheet 2</w:t>
      </w:r>
    </w:p>
    <w:p>
      <w:pPr>
        <w:jc w:val="center"/>
      </w:pPr>
      <w:r>
        <w:rPr>
          <w:b/>
          <w:color w:val="C65911"/>
          <w:sz w:val="28"/>
        </w:rPr>
        <w:t>Decimals &amp; Letter-Numbers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A Peek Beyond the Point; decimal place value; addition/subtraction of decimals; algebraic expressions; letter-numbers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Write 7.305 in expanded form.</w:t>
      </w:r>
    </w:p>
    <w:p>
      <w:pPr>
        <w:spacing w:after="60"/>
      </w:pPr>
      <w:r>
        <w:rPr>
          <w:b/>
        </w:rPr>
        <w:t xml:space="preserve">2. </w:t>
      </w:r>
      <w:r>
        <w:t>What is the value of 8 in 14.082?</w:t>
      </w:r>
    </w:p>
    <w:p>
      <w:pPr>
        <w:spacing w:after="60"/>
      </w:pPr>
      <w:r>
        <w:rPr>
          <w:b/>
        </w:rPr>
        <w:t xml:space="preserve">3. </w:t>
      </w:r>
      <w:r>
        <w:t>Arrange 3.09, 3.9, 3.099 in ascending order.</w:t>
      </w:r>
    </w:p>
    <w:p>
      <w:pPr>
        <w:spacing w:after="60"/>
      </w:pPr>
      <w:r>
        <w:rPr>
          <w:b/>
        </w:rPr>
        <w:t xml:space="preserve">4. </w:t>
      </w:r>
      <w:r>
        <w:t>Find 12.5 + 0.875.</w:t>
      </w:r>
    </w:p>
    <w:p>
      <w:pPr>
        <w:spacing w:after="60"/>
      </w:pPr>
      <w:r>
        <w:rPr>
          <w:b/>
        </w:rPr>
        <w:t xml:space="preserve">5. </w:t>
      </w:r>
      <w:r>
        <w:t>Find 20 - 7.486.</w:t>
      </w:r>
    </w:p>
    <w:p>
      <w:pPr>
        <w:spacing w:after="60"/>
      </w:pPr>
      <w:r>
        <w:rPr>
          <w:b/>
        </w:rPr>
        <w:t xml:space="preserve">6. </w:t>
      </w:r>
      <w:r>
        <w:t>If x=5, find 3x+7.</w:t>
      </w:r>
    </w:p>
    <w:p>
      <w:pPr>
        <w:spacing w:after="60"/>
      </w:pPr>
      <w:r>
        <w:rPr>
          <w:b/>
        </w:rPr>
        <w:t xml:space="preserve">7. </w:t>
      </w:r>
      <w:r>
        <w:t>Write an expression for 'five more than twice n'.</w:t>
      </w:r>
    </w:p>
    <w:p>
      <w:pPr>
        <w:spacing w:after="60"/>
      </w:pPr>
      <w:r>
        <w:rPr>
          <w:b/>
        </w:rPr>
        <w:t xml:space="preserve">8. </w:t>
      </w:r>
      <w:r>
        <w:t>Identify the coefficient of y in 9y-4.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A ribbon 8.75 m long is cut by 3.48 m. Find the remaining length.</w:t>
      </w:r>
    </w:p>
    <w:p>
      <w:pPr>
        <w:spacing w:after="60"/>
      </w:pPr>
      <w:r>
        <w:rPr>
          <w:b/>
        </w:rPr>
        <w:t xml:space="preserve">10. </w:t>
      </w:r>
      <w:r>
        <w:t>Simplify 4a+3a-5 when a=2.</w:t>
      </w:r>
    </w:p>
    <w:p>
      <w:pPr>
        <w:spacing w:after="60"/>
      </w:pPr>
      <w:r>
        <w:rPr>
          <w:b/>
        </w:rPr>
        <w:t xml:space="preserve">11. </w:t>
      </w:r>
      <w:r>
        <w:t>A bottle contains 1.25 L. How much is there in 8 bottles?</w:t>
      </w:r>
    </w:p>
    <w:p>
      <w:pPr>
        <w:spacing w:after="60"/>
      </w:pPr>
      <w:r>
        <w:rPr>
          <w:b/>
        </w:rPr>
        <w:t xml:space="preserve">12. </w:t>
      </w:r>
      <w:r>
        <w:t>Write a letter-number expression for the perimeter of a square of side s.</w:t>
      </w:r>
    </w:p>
    <w:p>
      <w:pPr>
        <w:spacing w:after="60"/>
      </w:pPr>
      <w:r>
        <w:rPr>
          <w:b/>
        </w:rPr>
        <w:t xml:space="preserve">13. </w:t>
      </w:r>
      <w:r>
        <w:t>Find the missing number: 18.6 + ___ = 30.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taxi fare is Rs 60 plus Rs 15 per km. Write an expression for k km and find the fare for 12 km.</w:t>
      </w:r>
    </w:p>
    <w:p>
      <w:pPr>
        <w:spacing w:after="60"/>
      </w:pPr>
      <w:r>
        <w:rPr>
          <w:b/>
        </w:rPr>
        <w:t xml:space="preserve">15. </w:t>
      </w:r>
      <w:r>
        <w:t>A shopkeeper had 25.5 kg rice and sold 8.75 kg and 6.8 kg. Find the balance.</w:t>
      </w:r>
    </w:p>
    <w:p>
      <w:pPr>
        <w:spacing w:after="60"/>
      </w:pPr>
      <w:r>
        <w:rPr>
          <w:b/>
        </w:rPr>
        <w:t xml:space="preserve">16. </w:t>
      </w:r>
      <w:r>
        <w:t>If p=4 and q=7, evaluate 2p+3q-5.</w:t>
      </w:r>
    </w:p>
    <w:p>
      <w:pPr>
        <w:spacing w:after="60"/>
      </w:pPr>
      <w:r>
        <w:rPr>
          <w:b/>
        </w:rPr>
        <w:t xml:space="preserve">17. </w:t>
      </w:r>
      <w:r>
        <w:t>The length of a rectangle is (x+3) cm and breadth is x cm. Write its perimeter expression.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A student saves Rs x each week. After 12 weeks she gets an extra Rs 250. Write an expression and find total if x=175.</w:t>
      </w:r>
    </w:p>
    <w:p>
      <w:pPr>
        <w:spacing w:after="60"/>
      </w:pPr>
      <w:r>
        <w:rPr>
          <w:b/>
        </w:rPr>
        <w:t xml:space="preserve">19. </w:t>
      </w:r>
      <w:r>
        <w:t>Case study: Three runners finish in 12.48 s, 12.405 s and 12.5 s. Rank them fastest to slowest and find the time gap between first and third.</w:t>
      </w:r>
    </w:p>
    <w:p>
      <w:pPr>
        <w:spacing w:after="60"/>
      </w:pPr>
      <w:r>
        <w:rPr>
          <w:b/>
        </w:rPr>
        <w:t xml:space="preserve">20. </w:t>
      </w:r>
      <w:r>
        <w:t>A number machine takes n, triples it, subtracts 4, then doubles the result. Write an expression and find output for n=6.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- Worksheet 3</w:t>
      </w:r>
    </w:p>
    <w:p>
      <w:pPr>
        <w:jc w:val="center"/>
      </w:pPr>
      <w:r>
        <w:rPr>
          <w:b/>
          <w:color w:val="C65911"/>
          <w:sz w:val="28"/>
        </w:rPr>
        <w:t>Lines, Triangles &amp; Number Play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Parallel and Intersecting Lines; triangle properties; parity; Fibonacci-type patterns; reasoning puzzles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State whether railway tracks model parallel or intersecting lines.</w:t>
      </w:r>
    </w:p>
    <w:p>
      <w:pPr>
        <w:spacing w:after="60"/>
      </w:pPr>
      <w:r>
        <w:rPr>
          <w:b/>
        </w:rPr>
        <w:t xml:space="preserve">2. </w:t>
      </w:r>
      <w:r>
        <w:t>If one angle at an intersection is 68°, find its vertically opposite angle.</w:t>
      </w:r>
    </w:p>
    <w:p>
      <w:pPr>
        <w:spacing w:after="60"/>
      </w:pPr>
      <w:r>
        <w:rPr>
          <w:b/>
        </w:rPr>
        <w:t xml:space="preserve">3. </w:t>
      </w:r>
      <w:r>
        <w:t>Two angles form a linear pair. One is 112°. Find the other.</w:t>
      </w:r>
    </w:p>
    <w:p>
      <w:pPr>
        <w:spacing w:after="60"/>
      </w:pPr>
      <w:r>
        <w:rPr>
          <w:b/>
        </w:rPr>
        <w:t xml:space="preserve">4. </w:t>
      </w:r>
      <w:r>
        <w:t>Can sides 4 cm, 5 cm, 10 cm form a triangle?</w:t>
      </w:r>
    </w:p>
    <w:p>
      <w:pPr>
        <w:spacing w:after="60"/>
      </w:pPr>
      <w:r>
        <w:rPr>
          <w:b/>
        </w:rPr>
        <w:t xml:space="preserve">5. </w:t>
      </w:r>
      <w:r>
        <w:t>Find the third angle of a triangle with angles 48° and 67°.</w:t>
      </w:r>
    </w:p>
    <w:p>
      <w:pPr>
        <w:spacing w:after="60"/>
      </w:pPr>
      <w:r>
        <w:rPr>
          <w:b/>
        </w:rPr>
        <w:t xml:space="preserve">6. </w:t>
      </w:r>
      <w:r>
        <w:t>Odd + odd is always what parity?</w:t>
      </w:r>
    </w:p>
    <w:p>
      <w:pPr>
        <w:spacing w:after="60"/>
      </w:pPr>
      <w:r>
        <w:rPr>
          <w:b/>
        </w:rPr>
        <w:t xml:space="preserve">7. </w:t>
      </w:r>
      <w:r>
        <w:t>Write the next two terms: 2, 3, 5, 8, 13, __, __.</w:t>
      </w:r>
    </w:p>
    <w:p>
      <w:pPr>
        <w:spacing w:after="60"/>
      </w:pPr>
      <w:r>
        <w:rPr>
          <w:b/>
        </w:rPr>
        <w:t xml:space="preserve">8. </w:t>
      </w:r>
      <w:r>
        <w:t>True/False: Two distinct parallel lines can meet.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Two parallel lines are cut by a transversal. One corresponding angle is 75°. Find the corresponding angle.</w:t>
      </w:r>
    </w:p>
    <w:p>
      <w:pPr>
        <w:spacing w:after="60"/>
      </w:pPr>
      <w:r>
        <w:rPr>
          <w:b/>
        </w:rPr>
        <w:t xml:space="preserve">10. </w:t>
      </w:r>
      <w:r>
        <w:t>Check whether 7 cm, 9 cm and 15 cm can form a triangle.</w:t>
      </w:r>
    </w:p>
    <w:p>
      <w:pPr>
        <w:spacing w:after="60"/>
      </w:pPr>
      <w:r>
        <w:rPr>
          <w:b/>
        </w:rPr>
        <w:t xml:space="preserve">11. </w:t>
      </w:r>
      <w:r>
        <w:t>An isosceles triangle has vertex angle 44°. Find each base angle.</w:t>
      </w:r>
    </w:p>
    <w:p>
      <w:pPr>
        <w:spacing w:after="60"/>
      </w:pPr>
      <w:r>
        <w:rPr>
          <w:b/>
        </w:rPr>
        <w:t xml:space="preserve">12. </w:t>
      </w:r>
      <w:r>
        <w:t>Explain with examples why odd x odd is odd.</w:t>
      </w:r>
    </w:p>
    <w:p>
      <w:pPr>
        <w:spacing w:after="60"/>
      </w:pPr>
      <w:r>
        <w:rPr>
          <w:b/>
        </w:rPr>
        <w:t xml:space="preserve">13. </w:t>
      </w:r>
      <w:r>
        <w:t>A sequence begins 4, 7 and each new term is the sum of the previous two. Write the next five terms.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At an intersection, one angle is 125°. Find all four angles.</w:t>
      </w:r>
    </w:p>
    <w:p>
      <w:pPr>
        <w:spacing w:after="60"/>
      </w:pPr>
      <w:r>
        <w:rPr>
          <w:b/>
        </w:rPr>
        <w:t xml:space="preserve">15. </w:t>
      </w:r>
      <w:r>
        <w:t>A triangle has sides x, x+2 and 9. If x=6, check the triangle inequality.</w:t>
      </w:r>
    </w:p>
    <w:p>
      <w:pPr>
        <w:spacing w:after="60"/>
      </w:pPr>
      <w:r>
        <w:rPr>
          <w:b/>
        </w:rPr>
        <w:t xml:space="preserve">16. </w:t>
      </w:r>
      <w:r>
        <w:t>Find three consecutive integers whose sum is 72.</w:t>
      </w:r>
    </w:p>
    <w:p>
      <w:pPr>
        <w:spacing w:after="60"/>
      </w:pPr>
      <w:r>
        <w:rPr>
          <w:b/>
        </w:rPr>
        <w:t xml:space="preserve">17. </w:t>
      </w:r>
      <w:r>
        <w:t>A cryptarithm uses the same letter for the same digit. Explain why a leading letter cannot represent 0.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Two roads cross and one angle is 38°. A third road is parallel to one road. Determine the related acute and obtuse angles made with the transversal.</w:t>
      </w:r>
    </w:p>
    <w:p>
      <w:pPr>
        <w:spacing w:after="60"/>
      </w:pPr>
      <w:r>
        <w:rPr>
          <w:b/>
        </w:rPr>
        <w:t xml:space="preserve">19. </w:t>
      </w:r>
      <w:r>
        <w:t>A triangular garden has two sides 18 m and 25 m. State the possible whole-number range for the third side and explain.</w:t>
      </w:r>
    </w:p>
    <w:p>
      <w:pPr>
        <w:spacing w:after="60"/>
      </w:pPr>
      <w:r>
        <w:rPr>
          <w:b/>
        </w:rPr>
        <w:t xml:space="preserve">20. </w:t>
      </w:r>
      <w:r>
        <w:t>Case study: A pattern of seats has 3 seats in row 1, 5 in row 2, 8 in row 3, and each row after that is the sum of previous two. Find rows 4-8 and total seats in first 8 rows.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- Worksheet 4</w:t>
      </w:r>
    </w:p>
    <w:p>
      <w:pPr>
        <w:jc w:val="center"/>
      </w:pPr>
      <w:r>
        <w:rPr>
          <w:b/>
          <w:color w:val="C65911"/>
          <w:sz w:val="28"/>
        </w:rPr>
        <w:t>Fractions &amp; Mixed Applications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Working with Fractions; multiplication/division of fractions; fraction of quantities; mixed applications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Find 3/5 of 40.</w:t>
      </w:r>
    </w:p>
    <w:p>
      <w:pPr>
        <w:spacing w:after="60"/>
      </w:pPr>
      <w:r>
        <w:rPr>
          <w:b/>
        </w:rPr>
        <w:t xml:space="preserve">2. </w:t>
      </w:r>
      <w:r>
        <w:t>Multiply 7/9 by 3/14.</w:t>
      </w:r>
    </w:p>
    <w:p>
      <w:pPr>
        <w:spacing w:after="60"/>
      </w:pPr>
      <w:r>
        <w:rPr>
          <w:b/>
        </w:rPr>
        <w:t xml:space="preserve">3. </w:t>
      </w:r>
      <w:r>
        <w:t>Divide 5/8 by 15/16.</w:t>
      </w:r>
    </w:p>
    <w:p>
      <w:pPr>
        <w:spacing w:after="60"/>
      </w:pPr>
      <w:r>
        <w:rPr>
          <w:b/>
        </w:rPr>
        <w:t xml:space="preserve">4. </w:t>
      </w:r>
      <w:r>
        <w:t>Convert 2 3/4 to an improper fraction.</w:t>
      </w:r>
    </w:p>
    <w:p>
      <w:pPr>
        <w:spacing w:after="60"/>
      </w:pPr>
      <w:r>
        <w:rPr>
          <w:b/>
        </w:rPr>
        <w:t xml:space="preserve">5. </w:t>
      </w:r>
      <w:r>
        <w:t>Which is greater: 7/12 or 5/8?</w:t>
      </w:r>
    </w:p>
    <w:p>
      <w:pPr>
        <w:spacing w:after="60"/>
      </w:pPr>
      <w:r>
        <w:rPr>
          <w:b/>
        </w:rPr>
        <w:t xml:space="preserve">6. </w:t>
      </w:r>
      <w:r>
        <w:t>Find 1 - 7/15.</w:t>
      </w:r>
    </w:p>
    <w:p>
      <w:pPr>
        <w:spacing w:after="60"/>
      </w:pPr>
      <w:r>
        <w:rPr>
          <w:b/>
        </w:rPr>
        <w:t xml:space="preserve">7. </w:t>
      </w:r>
      <w:r>
        <w:t>A recipe uses 3/4 cup flour. How much for half the recipe?</w:t>
      </w:r>
    </w:p>
    <w:p>
      <w:pPr>
        <w:spacing w:after="60"/>
      </w:pPr>
      <w:r>
        <w:rPr>
          <w:b/>
        </w:rPr>
        <w:t xml:space="preserve">8. </w:t>
      </w:r>
      <w:r>
        <w:t>Simplify 18/24.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A tank is 3/5 full. If capacity is 450 L, how much water is in it?</w:t>
      </w:r>
    </w:p>
    <w:p>
      <w:pPr>
        <w:spacing w:after="60"/>
      </w:pPr>
      <w:r>
        <w:rPr>
          <w:b/>
        </w:rPr>
        <w:t xml:space="preserve">10. </w:t>
      </w:r>
      <w:r>
        <w:t>Find 2 1/3 x 1 1/2.</w:t>
      </w:r>
    </w:p>
    <w:p>
      <w:pPr>
        <w:spacing w:after="60"/>
      </w:pPr>
      <w:r>
        <w:rPr>
          <w:b/>
        </w:rPr>
        <w:t xml:space="preserve">11. </w:t>
      </w:r>
      <w:r>
        <w:t>A 6 m ribbon is cut into pieces of length 3/8 m. How many pieces?</w:t>
      </w:r>
    </w:p>
    <w:p>
      <w:pPr>
        <w:spacing w:after="60"/>
      </w:pPr>
      <w:r>
        <w:rPr>
          <w:b/>
        </w:rPr>
        <w:t xml:space="preserve">12. </w:t>
      </w:r>
      <w:r>
        <w:t>Ravi reads 2/7 of a book Monday and 3/14 Tuesday. What fraction remains?</w:t>
      </w:r>
    </w:p>
    <w:p>
      <w:pPr>
        <w:spacing w:after="60"/>
      </w:pPr>
      <w:r>
        <w:rPr>
          <w:b/>
        </w:rPr>
        <w:t xml:space="preserve">13. </w:t>
      </w:r>
      <w:r>
        <w:t>Find the reciprocal of 2 2/5 and explain its use in division.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class spends 2/5 of a period on revision and 1/4 on a quiz. What fraction remains?</w:t>
      </w:r>
    </w:p>
    <w:p>
      <w:pPr>
        <w:spacing w:after="60"/>
      </w:pPr>
      <w:r>
        <w:rPr>
          <w:b/>
        </w:rPr>
        <w:t xml:space="preserve">15. </w:t>
      </w:r>
      <w:r>
        <w:t>A farmer uses 3/8 of land for wheat and 2/5 of the remaining land for vegetables. What fraction of total land is vegetables?</w:t>
      </w:r>
    </w:p>
    <w:p>
      <w:pPr>
        <w:spacing w:after="60"/>
      </w:pPr>
      <w:r>
        <w:rPr>
          <w:b/>
        </w:rPr>
        <w:t xml:space="preserve">16. </w:t>
      </w:r>
      <w:r>
        <w:t>A jug has 4 1/2 L juice. Glasses hold 3/10 L each. How many full glasses?</w:t>
      </w:r>
    </w:p>
    <w:p>
      <w:pPr>
        <w:spacing w:after="60"/>
      </w:pPr>
      <w:r>
        <w:rPr>
          <w:b/>
        </w:rPr>
        <w:t xml:space="preserve">17. </w:t>
      </w:r>
      <w:r>
        <w:t>Find a fraction between 5/8 and 3/4 and justify.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A bakery has 24 kg flour. It uses 3/8 in the morning and 5/12 of the original amount in the evening. How much remains?</w:t>
      </w:r>
    </w:p>
    <w:p>
      <w:pPr>
        <w:spacing w:after="60"/>
      </w:pPr>
      <w:r>
        <w:rPr>
          <w:b/>
        </w:rPr>
        <w:t xml:space="preserve">19. </w:t>
      </w:r>
      <w:r>
        <w:t>Case study: A 12 km trail has 1/3 uphill, 5/12 flat and the rest downhill. Find each distance.</w:t>
      </w:r>
    </w:p>
    <w:p>
      <w:pPr>
        <w:spacing w:after="60"/>
      </w:pPr>
      <w:r>
        <w:rPr>
          <w:b/>
        </w:rPr>
        <w:t xml:space="preserve">20. </w:t>
      </w:r>
      <w:r>
        <w:t>A family spends 2/7 of income on rent, 1/5 on food and 1/10 on travel. What fraction remains? If income is Rs 70,000, find the amount left.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- Worksheet 5</w:t>
      </w:r>
    </w:p>
    <w:p>
      <w:pPr>
        <w:jc w:val="center"/>
      </w:pPr>
      <w:r>
        <w:rPr>
          <w:b/>
          <w:color w:val="C65911"/>
          <w:sz w:val="28"/>
        </w:rPr>
        <w:t>Full Syllabus Revision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Large numbers; expressions; decimals; algebra; lines; triangles; number play; fractions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Round 68,47,250 to nearest lakh.</w:t>
      </w:r>
    </w:p>
    <w:p>
      <w:pPr>
        <w:spacing w:after="60"/>
      </w:pPr>
      <w:r>
        <w:rPr>
          <w:b/>
        </w:rPr>
        <w:t xml:space="preserve">2. </w:t>
      </w:r>
      <w:r>
        <w:t>Evaluate 72-8x6+15.</w:t>
      </w:r>
    </w:p>
    <w:p>
      <w:pPr>
        <w:spacing w:after="60"/>
      </w:pPr>
      <w:r>
        <w:rPr>
          <w:b/>
        </w:rPr>
        <w:t xml:space="preserve">3. </w:t>
      </w:r>
      <w:r>
        <w:t>Find 9.75-3.086.</w:t>
      </w:r>
    </w:p>
    <w:p>
      <w:pPr>
        <w:spacing w:after="60"/>
      </w:pPr>
      <w:r>
        <w:rPr>
          <w:b/>
        </w:rPr>
        <w:t xml:space="preserve">4. </w:t>
      </w:r>
      <w:r>
        <w:t>If a=7, evaluate 5a-9.</w:t>
      </w:r>
    </w:p>
    <w:p>
      <w:pPr>
        <w:spacing w:after="60"/>
      </w:pPr>
      <w:r>
        <w:rPr>
          <w:b/>
        </w:rPr>
        <w:t xml:space="preserve">5. </w:t>
      </w:r>
      <w:r>
        <w:t>Find vertically opposite angle to 124°.</w:t>
      </w:r>
    </w:p>
    <w:p>
      <w:pPr>
        <w:spacing w:after="60"/>
      </w:pPr>
      <w:r>
        <w:rPr>
          <w:b/>
        </w:rPr>
        <w:t xml:space="preserve">6. </w:t>
      </w:r>
      <w:r>
        <w:t>Can 5, 7, 13 form a triangle?</w:t>
      </w:r>
    </w:p>
    <w:p>
      <w:pPr>
        <w:spacing w:after="60"/>
      </w:pPr>
      <w:r>
        <w:rPr>
          <w:b/>
        </w:rPr>
        <w:t xml:space="preserve">7. </w:t>
      </w:r>
      <w:r>
        <w:t>Find 5/6 ÷ 10/9.</w:t>
      </w:r>
    </w:p>
    <w:p>
      <w:pPr>
        <w:spacing w:after="60"/>
      </w:pPr>
      <w:r>
        <w:rPr>
          <w:b/>
        </w:rPr>
        <w:t xml:space="preserve">8. </w:t>
      </w:r>
      <w:r>
        <w:t>Write next term: 1,1,2,3,5,8,__.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Compare 4.305 and 4.35.</w:t>
      </w:r>
    </w:p>
    <w:p>
      <w:pPr>
        <w:spacing w:after="60"/>
      </w:pPr>
      <w:r>
        <w:rPr>
          <w:b/>
        </w:rPr>
        <w:t xml:space="preserve">10. </w:t>
      </w:r>
      <w:r>
        <w:t>Write an expression for three times x decreased by 11.</w:t>
      </w:r>
    </w:p>
    <w:p>
      <w:pPr>
        <w:spacing w:after="60"/>
      </w:pPr>
      <w:r>
        <w:rPr>
          <w:b/>
        </w:rPr>
        <w:t xml:space="preserve">11. </w:t>
      </w:r>
      <w:r>
        <w:t>Find the third angle if two angles are 52° and 73°.</w:t>
      </w:r>
    </w:p>
    <w:p>
      <w:pPr>
        <w:spacing w:after="60"/>
      </w:pPr>
      <w:r>
        <w:rPr>
          <w:b/>
        </w:rPr>
        <w:t xml:space="preserve">12. </w:t>
      </w:r>
      <w:r>
        <w:t>Find 7/12 of 96.</w:t>
      </w:r>
    </w:p>
    <w:p>
      <w:pPr>
        <w:spacing w:after="60"/>
      </w:pPr>
      <w:r>
        <w:rPr>
          <w:b/>
        </w:rPr>
        <w:t xml:space="preserve">13. </w:t>
      </w:r>
      <w:r>
        <w:t>Estimate 6,78,450+2,19,870 to nearest ten thousand.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shop sells 12.75 kg apples and 8.6 kg oranges from 30 kg stock. Find stock left.</w:t>
      </w:r>
    </w:p>
    <w:p>
      <w:pPr>
        <w:spacing w:after="60"/>
      </w:pPr>
      <w:r>
        <w:rPr>
          <w:b/>
        </w:rPr>
        <w:t xml:space="preserve">15. </w:t>
      </w:r>
      <w:r>
        <w:t>Two parallel lines are cut by a transversal. An alternate angle is 64°. Find its pair and the adjacent supplementary angle.</w:t>
      </w:r>
    </w:p>
    <w:p>
      <w:pPr>
        <w:spacing w:after="60"/>
      </w:pPr>
      <w:r>
        <w:rPr>
          <w:b/>
        </w:rPr>
        <w:t xml:space="preserve">16. </w:t>
      </w:r>
      <w:r>
        <w:t>A number pattern starts 5,8 and continues by adding previous two. Find next six terms.</w:t>
      </w:r>
    </w:p>
    <w:p>
      <w:pPr>
        <w:spacing w:after="60"/>
      </w:pPr>
      <w:r>
        <w:rPr>
          <w:b/>
        </w:rPr>
        <w:t xml:space="preserve">17. </w:t>
      </w:r>
      <w:r>
        <w:t>A family travels 3/8 of a 640 km journey before lunch and 1/4 after lunch. How many km remain?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A school collects Rs 12,48,750 and spends Rs 8,76,425. Of the balance, 3/5 is used for sports. Find the amount left after sports spending.</w:t>
      </w:r>
    </w:p>
    <w:p>
      <w:pPr>
        <w:spacing w:after="60"/>
      </w:pPr>
      <w:r>
        <w:rPr>
          <w:b/>
        </w:rPr>
        <w:t xml:space="preserve">19. </w:t>
      </w:r>
      <w:r>
        <w:t>Case study: A cab charges Rs 80 plus Rs 14.5 per km. Write the expression and find cost for 12 km and 18.5 km.</w:t>
      </w:r>
    </w:p>
    <w:p>
      <w:pPr>
        <w:spacing w:after="60"/>
      </w:pPr>
      <w:r>
        <w:rPr>
          <w:b/>
        </w:rPr>
        <w:t xml:space="preserve">20. </w:t>
      </w:r>
      <w:r>
        <w:t>Mixed challenge: A triangular park has angles in ratio 2:3:4. Find angles; if 2/5 of its 900 m boundary is fenced today, how much remains unfenced.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- Practice -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