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7 Mathematics – Worksheet 1</w:t>
      </w:r>
    </w:p>
    <w:p>
      <w:pPr>
        <w:jc w:val="center"/>
      </w:pPr>
      <w:r>
        <w:rPr>
          <w:b/>
          <w:color w:val="C65911"/>
          <w:sz w:val="28"/>
        </w:rPr>
        <w:t>Mixed Syllabus – Set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Large numbers; arithmetic expressions; decimals; algebra; lines and triangles; number play; fractions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Round 635801 to nearest ten thousand.</w:t>
      </w:r>
    </w:p>
    <w:p>
      <w:pPr>
        <w:spacing w:after="60"/>
      </w:pPr>
      <w:r>
        <w:rPr>
          <w:b/>
        </w:rPr>
        <w:t xml:space="preserve">2. </w:t>
      </w:r>
      <w:r>
        <w:t>Evaluate: 42 - 6×5 + 12.</w:t>
      </w:r>
    </w:p>
    <w:p>
      <w:pPr>
        <w:spacing w:after="60"/>
      </w:pPr>
      <w:r>
        <w:rPr>
          <w:b/>
        </w:rPr>
        <w:t xml:space="preserve">3. </w:t>
      </w:r>
      <w:r>
        <w:t>Find 7/9 × 3/14.</w:t>
      </w:r>
    </w:p>
    <w:p>
      <w:pPr>
        <w:spacing w:after="60"/>
      </w:pPr>
      <w:r>
        <w:rPr>
          <w:b/>
        </w:rPr>
        <w:t xml:space="preserve">4. </w:t>
      </w:r>
      <w:r>
        <w:t>Find 12.5 + 0.875.</w:t>
      </w:r>
    </w:p>
    <w:p>
      <w:pPr>
        <w:spacing w:after="60"/>
      </w:pPr>
      <w:r>
        <w:rPr>
          <w:b/>
        </w:rPr>
        <w:t xml:space="preserve">5. </w:t>
      </w:r>
      <w:r>
        <w:t>Classify an angle of 125°.</w:t>
      </w:r>
    </w:p>
    <w:p>
      <w:pPr>
        <w:spacing w:after="60"/>
      </w:pPr>
      <w:r>
        <w:rPr>
          <w:b/>
        </w:rPr>
        <w:t xml:space="preserve">6. </w:t>
      </w:r>
      <w:r>
        <w:t>Find third angle of triangle with 48° and 67°.</w:t>
      </w:r>
    </w:p>
    <w:p>
      <w:pPr>
        <w:spacing w:after="60"/>
      </w:pPr>
      <w:r>
        <w:rPr>
          <w:b/>
        </w:rPr>
        <w:t xml:space="preserve">7. </w:t>
      </w:r>
      <w:r>
        <w:t>If x=5, find 3x+7.</w:t>
      </w:r>
    </w:p>
    <w:p>
      <w:pPr>
        <w:spacing w:after="60"/>
      </w:pPr>
      <w:r>
        <w:rPr>
          <w:b/>
        </w:rPr>
        <w:t xml:space="preserve">8. </w:t>
      </w:r>
      <w:r>
        <w:t>Find LCM of 6,8,12.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Write an expression for five more than twice n.</w:t>
      </w:r>
    </w:p>
    <w:p>
      <w:pPr>
        <w:spacing w:after="60"/>
      </w:pPr>
      <w:r>
        <w:rPr>
          <w:b/>
        </w:rPr>
        <w:t xml:space="preserve">10. </w:t>
      </w:r>
      <w:r>
        <w:t>A tank is 3/5 full, capacity 450 L. Find water.</w:t>
      </w:r>
    </w:p>
    <w:p>
      <w:pPr>
        <w:spacing w:after="60"/>
      </w:pPr>
      <w:r>
        <w:rPr>
          <w:b/>
        </w:rPr>
        <w:t xml:space="preserve">11. </w:t>
      </w:r>
      <w:r>
        <w:t>Two lines intersect; one angle 55°. Find other angles.</w:t>
      </w:r>
    </w:p>
    <w:p>
      <w:pPr>
        <w:spacing w:after="60"/>
      </w:pPr>
      <w:r>
        <w:rPr>
          <w:b/>
        </w:rPr>
        <w:t xml:space="preserve">12. </w:t>
      </w:r>
      <w:r>
        <w:t>Arrange 3.09,3.9,3.099 ascending.</w:t>
      </w:r>
    </w:p>
    <w:p>
      <w:pPr>
        <w:spacing w:after="60"/>
      </w:pPr>
      <w:r>
        <w:rPr>
          <w:b/>
        </w:rPr>
        <w:t xml:space="preserve">13. </w:t>
      </w:r>
      <w:r>
        <w:t>Find 2 1/3×1 1/2.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taxi fare is Rs60+Rs15/km. Find fare for 11 km.</w:t>
      </w:r>
    </w:p>
    <w:p>
      <w:pPr>
        <w:spacing w:after="60"/>
      </w:pPr>
      <w:r>
        <w:rPr>
          <w:b/>
        </w:rPr>
        <w:t xml:space="preserve">15. </w:t>
      </w:r>
      <w:r>
        <w:t>Check whether sides 7,9,15 form a triangle.</w:t>
      </w:r>
    </w:p>
    <w:p>
      <w:pPr>
        <w:spacing w:after="60"/>
      </w:pPr>
      <w:r>
        <w:rPr>
          <w:b/>
        </w:rPr>
        <w:t xml:space="preserve">16. </w:t>
      </w:r>
      <w:r>
        <w:t>A 6 m ribbon is cut into 3/8 m pieces. Find number.</w:t>
      </w:r>
    </w:p>
    <w:p>
      <w:pPr>
        <w:spacing w:after="60"/>
      </w:pPr>
      <w:r>
        <w:rPr>
          <w:b/>
        </w:rPr>
        <w:t xml:space="preserve">17. </w:t>
      </w:r>
      <w:r>
        <w:t>Find smallest number divisible by 6,8,12.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12,48,750 visitors Year1, 13,06,420 Year2, 11,95,860 Year3. Find total and range.</w:t>
      </w:r>
    </w:p>
    <w:p>
      <w:pPr>
        <w:spacing w:after="60"/>
      </w:pPr>
      <w:r>
        <w:rPr>
          <w:b/>
        </w:rPr>
        <w:t xml:space="preserve">19. </w:t>
      </w:r>
      <w:r>
        <w:t>A triangular garden has sides 18,25 and x whole-number metres. State possible range of x.</w:t>
      </w:r>
    </w:p>
    <w:p>
      <w:pPr>
        <w:spacing w:after="60"/>
      </w:pPr>
      <w:r>
        <w:rPr>
          <w:b/>
        </w:rPr>
        <w:t xml:space="preserve">20. </w:t>
      </w:r>
      <w:r>
        <w:t>A family travels 3/8 of 620 km before lunch and 1/4 after. Find distance remaining.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7 Mathematics – Worksheet 2</w:t>
      </w:r>
    </w:p>
    <w:p>
      <w:pPr>
        <w:jc w:val="center"/>
      </w:pPr>
      <w:r>
        <w:rPr>
          <w:b/>
          <w:color w:val="C65911"/>
          <w:sz w:val="28"/>
        </w:rPr>
        <w:t>Mixed Syllabus – Set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Large numbers; arithmetic expressions; decimals; algebra; lines and triangles; number play; fractions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Round 759257 to nearest ten thousand.</w:t>
      </w:r>
    </w:p>
    <w:p>
      <w:pPr>
        <w:spacing w:after="60"/>
      </w:pPr>
      <w:r>
        <w:rPr>
          <w:b/>
        </w:rPr>
        <w:t xml:space="preserve">2. </w:t>
      </w:r>
      <w:r>
        <w:t>Evaluate: 44 - 6×5 + 12.</w:t>
      </w:r>
    </w:p>
    <w:p>
      <w:pPr>
        <w:spacing w:after="60"/>
      </w:pPr>
      <w:r>
        <w:rPr>
          <w:b/>
        </w:rPr>
        <w:t xml:space="preserve">3. </w:t>
      </w:r>
      <w:r>
        <w:t>Find 7/9 × 3/14.</w:t>
      </w:r>
    </w:p>
    <w:p>
      <w:pPr>
        <w:spacing w:after="60"/>
      </w:pPr>
      <w:r>
        <w:rPr>
          <w:b/>
        </w:rPr>
        <w:t xml:space="preserve">4. </w:t>
      </w:r>
      <w:r>
        <w:t>Find 12.5 + 0.875.</w:t>
      </w:r>
    </w:p>
    <w:p>
      <w:pPr>
        <w:spacing w:after="60"/>
      </w:pPr>
      <w:r>
        <w:rPr>
          <w:b/>
        </w:rPr>
        <w:t xml:space="preserve">5. </w:t>
      </w:r>
      <w:r>
        <w:t>Classify an angle of 125°.</w:t>
      </w:r>
    </w:p>
    <w:p>
      <w:pPr>
        <w:spacing w:after="60"/>
      </w:pPr>
      <w:r>
        <w:rPr>
          <w:b/>
        </w:rPr>
        <w:t xml:space="preserve">6. </w:t>
      </w:r>
      <w:r>
        <w:t>Find third angle of triangle with 48° and 67°.</w:t>
      </w:r>
    </w:p>
    <w:p>
      <w:pPr>
        <w:spacing w:after="60"/>
      </w:pPr>
      <w:r>
        <w:rPr>
          <w:b/>
        </w:rPr>
        <w:t xml:space="preserve">7. </w:t>
      </w:r>
      <w:r>
        <w:t>If x=5, find 3x+7.</w:t>
      </w:r>
    </w:p>
    <w:p>
      <w:pPr>
        <w:spacing w:after="60"/>
      </w:pPr>
      <w:r>
        <w:rPr>
          <w:b/>
        </w:rPr>
        <w:t xml:space="preserve">8. </w:t>
      </w:r>
      <w:r>
        <w:t>Find LCM of 6,8,12.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Write an expression for five more than twice n.</w:t>
      </w:r>
    </w:p>
    <w:p>
      <w:pPr>
        <w:spacing w:after="60"/>
      </w:pPr>
      <w:r>
        <w:rPr>
          <w:b/>
        </w:rPr>
        <w:t xml:space="preserve">10. </w:t>
      </w:r>
      <w:r>
        <w:t>A tank is 3/5 full, capacity 450 L. Find water.</w:t>
      </w:r>
    </w:p>
    <w:p>
      <w:pPr>
        <w:spacing w:after="60"/>
      </w:pPr>
      <w:r>
        <w:rPr>
          <w:b/>
        </w:rPr>
        <w:t xml:space="preserve">11. </w:t>
      </w:r>
      <w:r>
        <w:t>Two lines intersect; one angle 55°. Find other angles.</w:t>
      </w:r>
    </w:p>
    <w:p>
      <w:pPr>
        <w:spacing w:after="60"/>
      </w:pPr>
      <w:r>
        <w:rPr>
          <w:b/>
        </w:rPr>
        <w:t xml:space="preserve">12. </w:t>
      </w:r>
      <w:r>
        <w:t>Arrange 3.09,3.9,3.099 ascending.</w:t>
      </w:r>
    </w:p>
    <w:p>
      <w:pPr>
        <w:spacing w:after="60"/>
      </w:pPr>
      <w:r>
        <w:rPr>
          <w:b/>
        </w:rPr>
        <w:t xml:space="preserve">13. </w:t>
      </w:r>
      <w:r>
        <w:t>Find 2 1/3×1 1/2.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taxi fare is Rs60+Rs15/km. Find fare for 12 km.</w:t>
      </w:r>
    </w:p>
    <w:p>
      <w:pPr>
        <w:spacing w:after="60"/>
      </w:pPr>
      <w:r>
        <w:rPr>
          <w:b/>
        </w:rPr>
        <w:t xml:space="preserve">15. </w:t>
      </w:r>
      <w:r>
        <w:t>Check whether sides 7,9,15 form a triangle.</w:t>
      </w:r>
    </w:p>
    <w:p>
      <w:pPr>
        <w:spacing w:after="60"/>
      </w:pPr>
      <w:r>
        <w:rPr>
          <w:b/>
        </w:rPr>
        <w:t xml:space="preserve">16. </w:t>
      </w:r>
      <w:r>
        <w:t>A 6 m ribbon is cut into 3/8 m pieces. Find number.</w:t>
      </w:r>
    </w:p>
    <w:p>
      <w:pPr>
        <w:spacing w:after="60"/>
      </w:pPr>
      <w:r>
        <w:rPr>
          <w:b/>
        </w:rPr>
        <w:t xml:space="preserve">17. </w:t>
      </w:r>
      <w:r>
        <w:t>Find smallest number divisible by 6,8,12.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12,48,750 visitors Year1, 13,06,420 Year2, 11,95,860 Year3. Find total and range.</w:t>
      </w:r>
    </w:p>
    <w:p>
      <w:pPr>
        <w:spacing w:after="60"/>
      </w:pPr>
      <w:r>
        <w:rPr>
          <w:b/>
        </w:rPr>
        <w:t xml:space="preserve">19. </w:t>
      </w:r>
      <w:r>
        <w:t>A triangular garden has sides 18,25 and x whole-number metres. State possible range of x.</w:t>
      </w:r>
    </w:p>
    <w:p>
      <w:pPr>
        <w:spacing w:after="60"/>
      </w:pPr>
      <w:r>
        <w:rPr>
          <w:b/>
        </w:rPr>
        <w:t xml:space="preserve">20. </w:t>
      </w:r>
      <w:r>
        <w:t>A family travels 3/8 of 640 km before lunch and 1/4 after. Find distance remaining.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7 Mathematics – Worksheet 3</w:t>
      </w:r>
    </w:p>
    <w:p>
      <w:pPr>
        <w:jc w:val="center"/>
      </w:pPr>
      <w:r>
        <w:rPr>
          <w:b/>
          <w:color w:val="C65911"/>
          <w:sz w:val="28"/>
        </w:rPr>
        <w:t>Mixed Syllabus – Set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Large numbers; arithmetic expressions; decimals; algebra; lines and triangles; number play; fractions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Round 882713 to nearest ten thousand.</w:t>
      </w:r>
    </w:p>
    <w:p>
      <w:pPr>
        <w:spacing w:after="60"/>
      </w:pPr>
      <w:r>
        <w:rPr>
          <w:b/>
        </w:rPr>
        <w:t xml:space="preserve">2. </w:t>
      </w:r>
      <w:r>
        <w:t>Evaluate: 46 - 6×5 + 12.</w:t>
      </w:r>
    </w:p>
    <w:p>
      <w:pPr>
        <w:spacing w:after="60"/>
      </w:pPr>
      <w:r>
        <w:rPr>
          <w:b/>
        </w:rPr>
        <w:t xml:space="preserve">3. </w:t>
      </w:r>
      <w:r>
        <w:t>Find 7/9 × 3/14.</w:t>
      </w:r>
    </w:p>
    <w:p>
      <w:pPr>
        <w:spacing w:after="60"/>
      </w:pPr>
      <w:r>
        <w:rPr>
          <w:b/>
        </w:rPr>
        <w:t xml:space="preserve">4. </w:t>
      </w:r>
      <w:r>
        <w:t>Find 12.5 + 0.875.</w:t>
      </w:r>
    </w:p>
    <w:p>
      <w:pPr>
        <w:spacing w:after="60"/>
      </w:pPr>
      <w:r>
        <w:rPr>
          <w:b/>
        </w:rPr>
        <w:t xml:space="preserve">5. </w:t>
      </w:r>
      <w:r>
        <w:t>Classify an angle of 125°.</w:t>
      </w:r>
    </w:p>
    <w:p>
      <w:pPr>
        <w:spacing w:after="60"/>
      </w:pPr>
      <w:r>
        <w:rPr>
          <w:b/>
        </w:rPr>
        <w:t xml:space="preserve">6. </w:t>
      </w:r>
      <w:r>
        <w:t>Find third angle of triangle with 48° and 67°.</w:t>
      </w:r>
    </w:p>
    <w:p>
      <w:pPr>
        <w:spacing w:after="60"/>
      </w:pPr>
      <w:r>
        <w:rPr>
          <w:b/>
        </w:rPr>
        <w:t xml:space="preserve">7. </w:t>
      </w:r>
      <w:r>
        <w:t>If x=5, find 3x+7.</w:t>
      </w:r>
    </w:p>
    <w:p>
      <w:pPr>
        <w:spacing w:after="60"/>
      </w:pPr>
      <w:r>
        <w:rPr>
          <w:b/>
        </w:rPr>
        <w:t xml:space="preserve">8. </w:t>
      </w:r>
      <w:r>
        <w:t>Find LCM of 6,8,12.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Write an expression for five more than twice n.</w:t>
      </w:r>
    </w:p>
    <w:p>
      <w:pPr>
        <w:spacing w:after="60"/>
      </w:pPr>
      <w:r>
        <w:rPr>
          <w:b/>
        </w:rPr>
        <w:t xml:space="preserve">10. </w:t>
      </w:r>
      <w:r>
        <w:t>A tank is 3/5 full, capacity 450 L. Find water.</w:t>
      </w:r>
    </w:p>
    <w:p>
      <w:pPr>
        <w:spacing w:after="60"/>
      </w:pPr>
      <w:r>
        <w:rPr>
          <w:b/>
        </w:rPr>
        <w:t xml:space="preserve">11. </w:t>
      </w:r>
      <w:r>
        <w:t>Two lines intersect; one angle 55°. Find other angles.</w:t>
      </w:r>
    </w:p>
    <w:p>
      <w:pPr>
        <w:spacing w:after="60"/>
      </w:pPr>
      <w:r>
        <w:rPr>
          <w:b/>
        </w:rPr>
        <w:t xml:space="preserve">12. </w:t>
      </w:r>
      <w:r>
        <w:t>Arrange 3.09,3.9,3.099 ascending.</w:t>
      </w:r>
    </w:p>
    <w:p>
      <w:pPr>
        <w:spacing w:after="60"/>
      </w:pPr>
      <w:r>
        <w:rPr>
          <w:b/>
        </w:rPr>
        <w:t xml:space="preserve">13. </w:t>
      </w:r>
      <w:r>
        <w:t>Find 2 1/3×1 1/2.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taxi fare is Rs60+Rs15/km. Find fare for 13 km.</w:t>
      </w:r>
    </w:p>
    <w:p>
      <w:pPr>
        <w:spacing w:after="60"/>
      </w:pPr>
      <w:r>
        <w:rPr>
          <w:b/>
        </w:rPr>
        <w:t xml:space="preserve">15. </w:t>
      </w:r>
      <w:r>
        <w:t>Check whether sides 7,9,15 form a triangle.</w:t>
      </w:r>
    </w:p>
    <w:p>
      <w:pPr>
        <w:spacing w:after="60"/>
      </w:pPr>
      <w:r>
        <w:rPr>
          <w:b/>
        </w:rPr>
        <w:t xml:space="preserve">16. </w:t>
      </w:r>
      <w:r>
        <w:t>A 6 m ribbon is cut into 3/8 m pieces. Find number.</w:t>
      </w:r>
    </w:p>
    <w:p>
      <w:pPr>
        <w:spacing w:after="60"/>
      </w:pPr>
      <w:r>
        <w:rPr>
          <w:b/>
        </w:rPr>
        <w:t xml:space="preserve">17. </w:t>
      </w:r>
      <w:r>
        <w:t>Find smallest number divisible by 6,8,12.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12,48,750 visitors Year1, 13,06,420 Year2, 11,95,860 Year3. Find total and range.</w:t>
      </w:r>
    </w:p>
    <w:p>
      <w:pPr>
        <w:spacing w:after="60"/>
      </w:pPr>
      <w:r>
        <w:rPr>
          <w:b/>
        </w:rPr>
        <w:t xml:space="preserve">19. </w:t>
      </w:r>
      <w:r>
        <w:t>A triangular garden has sides 18,25 and x whole-number metres. State possible range of x.</w:t>
      </w:r>
    </w:p>
    <w:p>
      <w:pPr>
        <w:spacing w:after="60"/>
      </w:pPr>
      <w:r>
        <w:rPr>
          <w:b/>
        </w:rPr>
        <w:t xml:space="preserve">20. </w:t>
      </w:r>
      <w:r>
        <w:t>A family travels 3/8 of 660 km before lunch and 1/4 after. Find distance remaining.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7 Mathematics – Worksheet 4</w:t>
      </w:r>
    </w:p>
    <w:p>
      <w:pPr>
        <w:jc w:val="center"/>
      </w:pPr>
      <w:r>
        <w:rPr>
          <w:b/>
          <w:color w:val="C65911"/>
          <w:sz w:val="28"/>
        </w:rPr>
        <w:t>Mixed Syllabus – Set 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Large numbers; arithmetic expressions; decimals; algebra; lines and triangles; number play; fractions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Round 1006169 to nearest ten thousand.</w:t>
      </w:r>
    </w:p>
    <w:p>
      <w:pPr>
        <w:spacing w:after="60"/>
      </w:pPr>
      <w:r>
        <w:rPr>
          <w:b/>
        </w:rPr>
        <w:t xml:space="preserve">2. </w:t>
      </w:r>
      <w:r>
        <w:t>Evaluate: 48 - 6×5 + 12.</w:t>
      </w:r>
    </w:p>
    <w:p>
      <w:pPr>
        <w:spacing w:after="60"/>
      </w:pPr>
      <w:r>
        <w:rPr>
          <w:b/>
        </w:rPr>
        <w:t xml:space="preserve">3. </w:t>
      </w:r>
      <w:r>
        <w:t>Find 7/9 × 3/14.</w:t>
      </w:r>
    </w:p>
    <w:p>
      <w:pPr>
        <w:spacing w:after="60"/>
      </w:pPr>
      <w:r>
        <w:rPr>
          <w:b/>
        </w:rPr>
        <w:t xml:space="preserve">4. </w:t>
      </w:r>
      <w:r>
        <w:t>Find 12.5 + 0.875.</w:t>
      </w:r>
    </w:p>
    <w:p>
      <w:pPr>
        <w:spacing w:after="60"/>
      </w:pPr>
      <w:r>
        <w:rPr>
          <w:b/>
        </w:rPr>
        <w:t xml:space="preserve">5. </w:t>
      </w:r>
      <w:r>
        <w:t>Classify an angle of 125°.</w:t>
      </w:r>
    </w:p>
    <w:p>
      <w:pPr>
        <w:spacing w:after="60"/>
      </w:pPr>
      <w:r>
        <w:rPr>
          <w:b/>
        </w:rPr>
        <w:t xml:space="preserve">6. </w:t>
      </w:r>
      <w:r>
        <w:t>Find third angle of triangle with 48° and 67°.</w:t>
      </w:r>
    </w:p>
    <w:p>
      <w:pPr>
        <w:spacing w:after="60"/>
      </w:pPr>
      <w:r>
        <w:rPr>
          <w:b/>
        </w:rPr>
        <w:t xml:space="preserve">7. </w:t>
      </w:r>
      <w:r>
        <w:t>If x=5, find 3x+7.</w:t>
      </w:r>
    </w:p>
    <w:p>
      <w:pPr>
        <w:spacing w:after="60"/>
      </w:pPr>
      <w:r>
        <w:rPr>
          <w:b/>
        </w:rPr>
        <w:t xml:space="preserve">8. </w:t>
      </w:r>
      <w:r>
        <w:t>Find LCM of 6,8,12.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Write an expression for five more than twice n.</w:t>
      </w:r>
    </w:p>
    <w:p>
      <w:pPr>
        <w:spacing w:after="60"/>
      </w:pPr>
      <w:r>
        <w:rPr>
          <w:b/>
        </w:rPr>
        <w:t xml:space="preserve">10. </w:t>
      </w:r>
      <w:r>
        <w:t>A tank is 3/5 full, capacity 450 L. Find water.</w:t>
      </w:r>
    </w:p>
    <w:p>
      <w:pPr>
        <w:spacing w:after="60"/>
      </w:pPr>
      <w:r>
        <w:rPr>
          <w:b/>
        </w:rPr>
        <w:t xml:space="preserve">11. </w:t>
      </w:r>
      <w:r>
        <w:t>Two lines intersect; one angle 55°. Find other angles.</w:t>
      </w:r>
    </w:p>
    <w:p>
      <w:pPr>
        <w:spacing w:after="60"/>
      </w:pPr>
      <w:r>
        <w:rPr>
          <w:b/>
        </w:rPr>
        <w:t xml:space="preserve">12. </w:t>
      </w:r>
      <w:r>
        <w:t>Arrange 3.09,3.9,3.099 ascending.</w:t>
      </w:r>
    </w:p>
    <w:p>
      <w:pPr>
        <w:spacing w:after="60"/>
      </w:pPr>
      <w:r>
        <w:rPr>
          <w:b/>
        </w:rPr>
        <w:t xml:space="preserve">13. </w:t>
      </w:r>
      <w:r>
        <w:t>Find 2 1/3×1 1/2.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taxi fare is Rs60+Rs15/km. Find fare for 14 km.</w:t>
      </w:r>
    </w:p>
    <w:p>
      <w:pPr>
        <w:spacing w:after="60"/>
      </w:pPr>
      <w:r>
        <w:rPr>
          <w:b/>
        </w:rPr>
        <w:t xml:space="preserve">15. </w:t>
      </w:r>
      <w:r>
        <w:t>Check whether sides 7,9,15 form a triangle.</w:t>
      </w:r>
    </w:p>
    <w:p>
      <w:pPr>
        <w:spacing w:after="60"/>
      </w:pPr>
      <w:r>
        <w:rPr>
          <w:b/>
        </w:rPr>
        <w:t xml:space="preserve">16. </w:t>
      </w:r>
      <w:r>
        <w:t>A 6 m ribbon is cut into 3/8 m pieces. Find number.</w:t>
      </w:r>
    </w:p>
    <w:p>
      <w:pPr>
        <w:spacing w:after="60"/>
      </w:pPr>
      <w:r>
        <w:rPr>
          <w:b/>
        </w:rPr>
        <w:t xml:space="preserve">17. </w:t>
      </w:r>
      <w:r>
        <w:t>Find smallest number divisible by 6,8,12.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12,48,750 visitors Year1, 13,06,420 Year2, 11,95,860 Year3. Find total and range.</w:t>
      </w:r>
    </w:p>
    <w:p>
      <w:pPr>
        <w:spacing w:after="60"/>
      </w:pPr>
      <w:r>
        <w:rPr>
          <w:b/>
        </w:rPr>
        <w:t xml:space="preserve">19. </w:t>
      </w:r>
      <w:r>
        <w:t>A triangular garden has sides 18,25 and x whole-number metres. State possible range of x.</w:t>
      </w:r>
    </w:p>
    <w:p>
      <w:pPr>
        <w:spacing w:after="60"/>
      </w:pPr>
      <w:r>
        <w:rPr>
          <w:b/>
        </w:rPr>
        <w:t xml:space="preserve">20. </w:t>
      </w:r>
      <w:r>
        <w:t>A family travels 3/8 of 680 km before lunch and 1/4 after. Find distance remaining.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7 Mathematics – Worksheet 5</w:t>
      </w:r>
    </w:p>
    <w:p>
      <w:pPr>
        <w:jc w:val="center"/>
      </w:pPr>
      <w:r>
        <w:rPr>
          <w:b/>
          <w:color w:val="C65911"/>
          <w:sz w:val="28"/>
        </w:rPr>
        <w:t>Mixed Syllabus – Set 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Large numbers; arithmetic expressions; decimals; algebra; lines and triangles; number play; fractions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Round 1129625 to nearest ten thousand.</w:t>
      </w:r>
    </w:p>
    <w:p>
      <w:pPr>
        <w:spacing w:after="60"/>
      </w:pPr>
      <w:r>
        <w:rPr>
          <w:b/>
        </w:rPr>
        <w:t xml:space="preserve">2. </w:t>
      </w:r>
      <w:r>
        <w:t>Evaluate: 50 - 6×5 + 12.</w:t>
      </w:r>
    </w:p>
    <w:p>
      <w:pPr>
        <w:spacing w:after="60"/>
      </w:pPr>
      <w:r>
        <w:rPr>
          <w:b/>
        </w:rPr>
        <w:t xml:space="preserve">3. </w:t>
      </w:r>
      <w:r>
        <w:t>Find 7/9 × 3/14.</w:t>
      </w:r>
    </w:p>
    <w:p>
      <w:pPr>
        <w:spacing w:after="60"/>
      </w:pPr>
      <w:r>
        <w:rPr>
          <w:b/>
        </w:rPr>
        <w:t xml:space="preserve">4. </w:t>
      </w:r>
      <w:r>
        <w:t>Find 12.5 + 0.875.</w:t>
      </w:r>
    </w:p>
    <w:p>
      <w:pPr>
        <w:spacing w:after="60"/>
      </w:pPr>
      <w:r>
        <w:rPr>
          <w:b/>
        </w:rPr>
        <w:t xml:space="preserve">5. </w:t>
      </w:r>
      <w:r>
        <w:t>Classify an angle of 125°.</w:t>
      </w:r>
    </w:p>
    <w:p>
      <w:pPr>
        <w:spacing w:after="60"/>
      </w:pPr>
      <w:r>
        <w:rPr>
          <w:b/>
        </w:rPr>
        <w:t xml:space="preserve">6. </w:t>
      </w:r>
      <w:r>
        <w:t>Find third angle of triangle with 48° and 67°.</w:t>
      </w:r>
    </w:p>
    <w:p>
      <w:pPr>
        <w:spacing w:after="60"/>
      </w:pPr>
      <w:r>
        <w:rPr>
          <w:b/>
        </w:rPr>
        <w:t xml:space="preserve">7. </w:t>
      </w:r>
      <w:r>
        <w:t>If x=5, find 3x+7.</w:t>
      </w:r>
    </w:p>
    <w:p>
      <w:pPr>
        <w:spacing w:after="60"/>
      </w:pPr>
      <w:r>
        <w:rPr>
          <w:b/>
        </w:rPr>
        <w:t xml:space="preserve">8. </w:t>
      </w:r>
      <w:r>
        <w:t>Find LCM of 6,8,12.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Write an expression for five more than twice n.</w:t>
      </w:r>
    </w:p>
    <w:p>
      <w:pPr>
        <w:spacing w:after="60"/>
      </w:pPr>
      <w:r>
        <w:rPr>
          <w:b/>
        </w:rPr>
        <w:t xml:space="preserve">10. </w:t>
      </w:r>
      <w:r>
        <w:t>A tank is 3/5 full, capacity 450 L. Find water.</w:t>
      </w:r>
    </w:p>
    <w:p>
      <w:pPr>
        <w:spacing w:after="60"/>
      </w:pPr>
      <w:r>
        <w:rPr>
          <w:b/>
        </w:rPr>
        <w:t xml:space="preserve">11. </w:t>
      </w:r>
      <w:r>
        <w:t>Two lines intersect; one angle 55°. Find other angles.</w:t>
      </w:r>
    </w:p>
    <w:p>
      <w:pPr>
        <w:spacing w:after="60"/>
      </w:pPr>
      <w:r>
        <w:rPr>
          <w:b/>
        </w:rPr>
        <w:t xml:space="preserve">12. </w:t>
      </w:r>
      <w:r>
        <w:t>Arrange 3.09,3.9,3.099 ascending.</w:t>
      </w:r>
    </w:p>
    <w:p>
      <w:pPr>
        <w:spacing w:after="60"/>
      </w:pPr>
      <w:r>
        <w:rPr>
          <w:b/>
        </w:rPr>
        <w:t xml:space="preserve">13. </w:t>
      </w:r>
      <w:r>
        <w:t>Find 2 1/3×1 1/2.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taxi fare is Rs60+Rs15/km. Find fare for 15 km.</w:t>
      </w:r>
    </w:p>
    <w:p>
      <w:pPr>
        <w:spacing w:after="60"/>
      </w:pPr>
      <w:r>
        <w:rPr>
          <w:b/>
        </w:rPr>
        <w:t xml:space="preserve">15. </w:t>
      </w:r>
      <w:r>
        <w:t>Check whether sides 7,9,15 form a triangle.</w:t>
      </w:r>
    </w:p>
    <w:p>
      <w:pPr>
        <w:spacing w:after="60"/>
      </w:pPr>
      <w:r>
        <w:rPr>
          <w:b/>
        </w:rPr>
        <w:t xml:space="preserve">16. </w:t>
      </w:r>
      <w:r>
        <w:t>A 6 m ribbon is cut into 3/8 m pieces. Find number.</w:t>
      </w:r>
    </w:p>
    <w:p>
      <w:pPr>
        <w:spacing w:after="60"/>
      </w:pPr>
      <w:r>
        <w:rPr>
          <w:b/>
        </w:rPr>
        <w:t xml:space="preserve">17. </w:t>
      </w:r>
      <w:r>
        <w:t>Find smallest number divisible by 6,8,12.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12,48,750 visitors Year1, 13,06,420 Year2, 11,95,860 Year3. Find total and range.</w:t>
      </w:r>
    </w:p>
    <w:p>
      <w:pPr>
        <w:spacing w:after="60"/>
      </w:pPr>
      <w:r>
        <w:rPr>
          <w:b/>
        </w:rPr>
        <w:t xml:space="preserve">19. </w:t>
      </w:r>
      <w:r>
        <w:t>A triangular garden has sides 18,25 and x whole-number metres. State possible range of x.</w:t>
      </w:r>
    </w:p>
    <w:p>
      <w:pPr>
        <w:spacing w:after="60"/>
      </w:pPr>
      <w:r>
        <w:rPr>
          <w:b/>
        </w:rPr>
        <w:t xml:space="preserve">20. </w:t>
      </w:r>
      <w:r>
        <w:t>A family travels 3/8 of 700 km before lunch and 1/4 after. Find distance remaining.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EazyMaths.in | Learn • Practice • Master Maths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