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8 Mathematics – Worksheet 1</w:t>
      </w:r>
    </w:p>
    <w:p>
      <w:pPr>
        <w:jc w:val="center"/>
      </w:pPr>
      <w:r>
        <w:rPr>
          <w:b/>
          <w:color w:val="C65911"/>
          <w:sz w:val="28"/>
        </w:rPr>
        <w:t>Mixed Syllabus – Set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Squares/cubes/powers; algebra; quadrilaterals; percentages/proportion; data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√2025.</w:t>
      </w:r>
    </w:p>
    <w:p>
      <w:pPr>
        <w:spacing w:after="60"/>
      </w:pPr>
      <w:r>
        <w:rPr>
          <w:b/>
        </w:rPr>
        <w:t xml:space="preserve">2. </w:t>
      </w:r>
      <w:r>
        <w:t>Simplify 2³×2⁵.</w:t>
      </w:r>
    </w:p>
    <w:p>
      <w:pPr>
        <w:spacing w:after="60"/>
      </w:pPr>
      <w:r>
        <w:rPr>
          <w:b/>
        </w:rPr>
        <w:t xml:space="preserve">3. </w:t>
      </w:r>
      <w:r>
        <w:t>Expand (a+b)².</w:t>
      </w:r>
    </w:p>
    <w:p>
      <w:pPr>
        <w:spacing w:after="60"/>
      </w:pPr>
      <w:r>
        <w:rPr>
          <w:b/>
        </w:rPr>
        <w:t xml:space="preserve">4. </w:t>
      </w:r>
      <w:r>
        <w:t>Factorise x²+7x+12.</w:t>
      </w:r>
    </w:p>
    <w:p>
      <w:pPr>
        <w:spacing w:after="60"/>
      </w:pPr>
      <w:r>
        <w:rPr>
          <w:b/>
        </w:rPr>
        <w:t xml:space="preserve">5. </w:t>
      </w:r>
      <w:r>
        <w:t>Find fourth angle if three are 75°,105°,95°.</w:t>
      </w:r>
    </w:p>
    <w:p>
      <w:pPr>
        <w:spacing w:after="60"/>
      </w:pPr>
      <w:r>
        <w:rPr>
          <w:b/>
        </w:rPr>
        <w:t xml:space="preserve">6. </w:t>
      </w:r>
      <w:r>
        <w:t>Find 15% of 640.</w:t>
      </w:r>
    </w:p>
    <w:p>
      <w:pPr>
        <w:spacing w:after="60"/>
      </w:pPr>
      <w:r>
        <w:rPr>
          <w:b/>
        </w:rPr>
        <w:t xml:space="preserve">7. </w:t>
      </w:r>
      <w:r>
        <w:t>Find SI on Rs5000 at 6% for 2 years.</w:t>
      </w:r>
    </w:p>
    <w:p>
      <w:pPr>
        <w:spacing w:after="60"/>
      </w:pPr>
      <w:r>
        <w:rPr>
          <w:b/>
        </w:rPr>
        <w:t xml:space="preserve">8. </w:t>
      </w:r>
      <w:r>
        <w:t>Find mean of 12,15,18,10,20.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∛1728.</w:t>
      </w:r>
    </w:p>
    <w:p>
      <w:pPr>
        <w:spacing w:after="60"/>
      </w:pPr>
      <w:r>
        <w:rPr>
          <w:b/>
        </w:rPr>
        <w:t xml:space="preserve">10. </w:t>
      </w:r>
      <w:r>
        <w:t>Use distributive property to calculate 98×47.</w:t>
      </w:r>
    </w:p>
    <w:p>
      <w:pPr>
        <w:spacing w:after="60"/>
      </w:pPr>
      <w:r>
        <w:rPr>
          <w:b/>
        </w:rPr>
        <w:t xml:space="preserve">11. </w:t>
      </w:r>
      <w:r>
        <w:t>A parallelogram angle is 68°. Find adjacent.</w:t>
      </w:r>
    </w:p>
    <w:p>
      <w:pPr>
        <w:spacing w:after="60"/>
      </w:pPr>
      <w:r>
        <w:rPr>
          <w:b/>
        </w:rPr>
        <w:t xml:space="preserve">12. </w:t>
      </w:r>
      <w:r>
        <w:t>Divide Rs540 in ratio 4:5.</w:t>
      </w:r>
    </w:p>
    <w:p>
      <w:pPr>
        <w:spacing w:after="60"/>
      </w:pPr>
      <w:r>
        <w:rPr>
          <w:b/>
        </w:rPr>
        <w:t xml:space="preserve">13. </w:t>
      </w:r>
      <w:r>
        <w:t>Find profit if CP=750, SP=840.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courtyard area 2304 m². Find side/perimeter.</w:t>
      </w:r>
    </w:p>
    <w:p>
      <w:pPr>
        <w:spacing w:after="60"/>
      </w:pPr>
      <w:r>
        <w:rPr>
          <w:b/>
        </w:rPr>
        <w:t xml:space="preserve">15. </w:t>
      </w:r>
      <w:r>
        <w:t>Simplify 3(2x-5)+4(x+1).</w:t>
      </w:r>
    </w:p>
    <w:p>
      <w:pPr>
        <w:spacing w:after="60"/>
      </w:pPr>
      <w:r>
        <w:rPr>
          <w:b/>
        </w:rPr>
        <w:t xml:space="preserve">16. </w:t>
      </w:r>
      <w:r>
        <w:t>A rhombus diagonals 16,30. Find area.</w:t>
      </w:r>
    </w:p>
    <w:p>
      <w:pPr>
        <w:spacing w:after="60"/>
      </w:pPr>
      <w:r>
        <w:rPr>
          <w:b/>
        </w:rPr>
        <w:t xml:space="preserve">17. </w:t>
      </w:r>
      <w:r>
        <w:t>A shirt Rs1200 has 15% discount. Find SP.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laptop Rs50,000 gets 10% discount then 18% tax. Find final price.</w:t>
      </w:r>
    </w:p>
    <w:p>
      <w:pPr>
        <w:spacing w:after="60"/>
      </w:pPr>
      <w:r>
        <w:rPr>
          <w:b/>
        </w:rPr>
        <w:t xml:space="preserve">19. </w:t>
      </w:r>
      <w:r>
        <w:t>A square and rectangle perimeter 48; rectangle length16 breadth8. Compare areas.</w:t>
      </w:r>
    </w:p>
    <w:p>
      <w:pPr>
        <w:spacing w:after="60"/>
      </w:pPr>
      <w:r>
        <w:rPr>
          <w:b/>
        </w:rPr>
        <w:t xml:space="preserve">20. </w:t>
      </w:r>
      <w:r>
        <w:t>A quantity rises 25% then falls 20%. Compare final to original.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8 Mathematics – Worksheet 2</w:t>
      </w:r>
    </w:p>
    <w:p>
      <w:pPr>
        <w:jc w:val="center"/>
      </w:pPr>
      <w:r>
        <w:rPr>
          <w:b/>
          <w:color w:val="C65911"/>
          <w:sz w:val="28"/>
        </w:rPr>
        <w:t>Mixed Syllabus – Set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Squares/cubes/powers; algebra; quadrilaterals; percentages/proportion; data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√2025.</w:t>
      </w:r>
    </w:p>
    <w:p>
      <w:pPr>
        <w:spacing w:after="60"/>
      </w:pPr>
      <w:r>
        <w:rPr>
          <w:b/>
        </w:rPr>
        <w:t xml:space="preserve">2. </w:t>
      </w:r>
      <w:r>
        <w:t>Simplify 2³×2⁵.</w:t>
      </w:r>
    </w:p>
    <w:p>
      <w:pPr>
        <w:spacing w:after="60"/>
      </w:pPr>
      <w:r>
        <w:rPr>
          <w:b/>
        </w:rPr>
        <w:t xml:space="preserve">3. </w:t>
      </w:r>
      <w:r>
        <w:t>Expand (a+b)².</w:t>
      </w:r>
    </w:p>
    <w:p>
      <w:pPr>
        <w:spacing w:after="60"/>
      </w:pPr>
      <w:r>
        <w:rPr>
          <w:b/>
        </w:rPr>
        <w:t xml:space="preserve">4. </w:t>
      </w:r>
      <w:r>
        <w:t>Factorise x²+7x+12.</w:t>
      </w:r>
    </w:p>
    <w:p>
      <w:pPr>
        <w:spacing w:after="60"/>
      </w:pPr>
      <w:r>
        <w:rPr>
          <w:b/>
        </w:rPr>
        <w:t xml:space="preserve">5. </w:t>
      </w:r>
      <w:r>
        <w:t>Find fourth angle if three are 75°,105°,95°.</w:t>
      </w:r>
    </w:p>
    <w:p>
      <w:pPr>
        <w:spacing w:after="60"/>
      </w:pPr>
      <w:r>
        <w:rPr>
          <w:b/>
        </w:rPr>
        <w:t xml:space="preserve">6. </w:t>
      </w:r>
      <w:r>
        <w:t>Find 15% of 640.</w:t>
      </w:r>
    </w:p>
    <w:p>
      <w:pPr>
        <w:spacing w:after="60"/>
      </w:pPr>
      <w:r>
        <w:rPr>
          <w:b/>
        </w:rPr>
        <w:t xml:space="preserve">7. </w:t>
      </w:r>
      <w:r>
        <w:t>Find SI on Rs5000 at 6% for 2 years.</w:t>
      </w:r>
    </w:p>
    <w:p>
      <w:pPr>
        <w:spacing w:after="60"/>
      </w:pPr>
      <w:r>
        <w:rPr>
          <w:b/>
        </w:rPr>
        <w:t xml:space="preserve">8. </w:t>
      </w:r>
      <w:r>
        <w:t>Find mean of 12,15,18,10,20.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∛1728.</w:t>
      </w:r>
    </w:p>
    <w:p>
      <w:pPr>
        <w:spacing w:after="60"/>
      </w:pPr>
      <w:r>
        <w:rPr>
          <w:b/>
        </w:rPr>
        <w:t xml:space="preserve">10. </w:t>
      </w:r>
      <w:r>
        <w:t>Use distributive property to calculate 98×47.</w:t>
      </w:r>
    </w:p>
    <w:p>
      <w:pPr>
        <w:spacing w:after="60"/>
      </w:pPr>
      <w:r>
        <w:rPr>
          <w:b/>
        </w:rPr>
        <w:t xml:space="preserve">11. </w:t>
      </w:r>
      <w:r>
        <w:t>A parallelogram angle is 68°. Find adjacent.</w:t>
      </w:r>
    </w:p>
    <w:p>
      <w:pPr>
        <w:spacing w:after="60"/>
      </w:pPr>
      <w:r>
        <w:rPr>
          <w:b/>
        </w:rPr>
        <w:t xml:space="preserve">12. </w:t>
      </w:r>
      <w:r>
        <w:t>Divide Rs540 in ratio 4:5.</w:t>
      </w:r>
    </w:p>
    <w:p>
      <w:pPr>
        <w:spacing w:after="60"/>
      </w:pPr>
      <w:r>
        <w:rPr>
          <w:b/>
        </w:rPr>
        <w:t xml:space="preserve">13. </w:t>
      </w:r>
      <w:r>
        <w:t>Find profit if CP=750, SP=840.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courtyard area 2304 m². Find side/perimeter.</w:t>
      </w:r>
    </w:p>
    <w:p>
      <w:pPr>
        <w:spacing w:after="60"/>
      </w:pPr>
      <w:r>
        <w:rPr>
          <w:b/>
        </w:rPr>
        <w:t xml:space="preserve">15. </w:t>
      </w:r>
      <w:r>
        <w:t>Simplify 3(2x-5)+4(x+1).</w:t>
      </w:r>
    </w:p>
    <w:p>
      <w:pPr>
        <w:spacing w:after="60"/>
      </w:pPr>
      <w:r>
        <w:rPr>
          <w:b/>
        </w:rPr>
        <w:t xml:space="preserve">16. </w:t>
      </w:r>
      <w:r>
        <w:t>A rhombus diagonals 16,30. Find area.</w:t>
      </w:r>
    </w:p>
    <w:p>
      <w:pPr>
        <w:spacing w:after="60"/>
      </w:pPr>
      <w:r>
        <w:rPr>
          <w:b/>
        </w:rPr>
        <w:t xml:space="preserve">17. </w:t>
      </w:r>
      <w:r>
        <w:t>A shirt Rs1200 has 15% discount. Find SP.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laptop Rs50,000 gets 10% discount then 18% tax. Find final price.</w:t>
      </w:r>
    </w:p>
    <w:p>
      <w:pPr>
        <w:spacing w:after="60"/>
      </w:pPr>
      <w:r>
        <w:rPr>
          <w:b/>
        </w:rPr>
        <w:t xml:space="preserve">19. </w:t>
      </w:r>
      <w:r>
        <w:t>A square and rectangle perimeter 48; rectangle length16 breadth8. Compare areas.</w:t>
      </w:r>
    </w:p>
    <w:p>
      <w:pPr>
        <w:spacing w:after="60"/>
      </w:pPr>
      <w:r>
        <w:rPr>
          <w:b/>
        </w:rPr>
        <w:t xml:space="preserve">20. </w:t>
      </w:r>
      <w:r>
        <w:t>A quantity rises 25% then falls 20%. Compare final to original.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8 Mathematics – Worksheet 3</w:t>
      </w:r>
    </w:p>
    <w:p>
      <w:pPr>
        <w:jc w:val="center"/>
      </w:pPr>
      <w:r>
        <w:rPr>
          <w:b/>
          <w:color w:val="C65911"/>
          <w:sz w:val="28"/>
        </w:rPr>
        <w:t>Mixed Syllabus – Set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Squares/cubes/powers; algebra; quadrilaterals; percentages/proportion; data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√2025.</w:t>
      </w:r>
    </w:p>
    <w:p>
      <w:pPr>
        <w:spacing w:after="60"/>
      </w:pPr>
      <w:r>
        <w:rPr>
          <w:b/>
        </w:rPr>
        <w:t xml:space="preserve">2. </w:t>
      </w:r>
      <w:r>
        <w:t>Simplify 2³×2⁵.</w:t>
      </w:r>
    </w:p>
    <w:p>
      <w:pPr>
        <w:spacing w:after="60"/>
      </w:pPr>
      <w:r>
        <w:rPr>
          <w:b/>
        </w:rPr>
        <w:t xml:space="preserve">3. </w:t>
      </w:r>
      <w:r>
        <w:t>Expand (a+b)².</w:t>
      </w:r>
    </w:p>
    <w:p>
      <w:pPr>
        <w:spacing w:after="60"/>
      </w:pPr>
      <w:r>
        <w:rPr>
          <w:b/>
        </w:rPr>
        <w:t xml:space="preserve">4. </w:t>
      </w:r>
      <w:r>
        <w:t>Factorise x²+7x+12.</w:t>
      </w:r>
    </w:p>
    <w:p>
      <w:pPr>
        <w:spacing w:after="60"/>
      </w:pPr>
      <w:r>
        <w:rPr>
          <w:b/>
        </w:rPr>
        <w:t xml:space="preserve">5. </w:t>
      </w:r>
      <w:r>
        <w:t>Find fourth angle if three are 75°,105°,95°.</w:t>
      </w:r>
    </w:p>
    <w:p>
      <w:pPr>
        <w:spacing w:after="60"/>
      </w:pPr>
      <w:r>
        <w:rPr>
          <w:b/>
        </w:rPr>
        <w:t xml:space="preserve">6. </w:t>
      </w:r>
      <w:r>
        <w:t>Find 15% of 640.</w:t>
      </w:r>
    </w:p>
    <w:p>
      <w:pPr>
        <w:spacing w:after="60"/>
      </w:pPr>
      <w:r>
        <w:rPr>
          <w:b/>
        </w:rPr>
        <w:t xml:space="preserve">7. </w:t>
      </w:r>
      <w:r>
        <w:t>Find SI on Rs5000 at 6% for 2 years.</w:t>
      </w:r>
    </w:p>
    <w:p>
      <w:pPr>
        <w:spacing w:after="60"/>
      </w:pPr>
      <w:r>
        <w:rPr>
          <w:b/>
        </w:rPr>
        <w:t xml:space="preserve">8. </w:t>
      </w:r>
      <w:r>
        <w:t>Find mean of 12,15,18,10,20.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∛1728.</w:t>
      </w:r>
    </w:p>
    <w:p>
      <w:pPr>
        <w:spacing w:after="60"/>
      </w:pPr>
      <w:r>
        <w:rPr>
          <w:b/>
        </w:rPr>
        <w:t xml:space="preserve">10. </w:t>
      </w:r>
      <w:r>
        <w:t>Use distributive property to calculate 98×47.</w:t>
      </w:r>
    </w:p>
    <w:p>
      <w:pPr>
        <w:spacing w:after="60"/>
      </w:pPr>
      <w:r>
        <w:rPr>
          <w:b/>
        </w:rPr>
        <w:t xml:space="preserve">11. </w:t>
      </w:r>
      <w:r>
        <w:t>A parallelogram angle is 68°. Find adjacent.</w:t>
      </w:r>
    </w:p>
    <w:p>
      <w:pPr>
        <w:spacing w:after="60"/>
      </w:pPr>
      <w:r>
        <w:rPr>
          <w:b/>
        </w:rPr>
        <w:t xml:space="preserve">12. </w:t>
      </w:r>
      <w:r>
        <w:t>Divide Rs540 in ratio 4:5.</w:t>
      </w:r>
    </w:p>
    <w:p>
      <w:pPr>
        <w:spacing w:after="60"/>
      </w:pPr>
      <w:r>
        <w:rPr>
          <w:b/>
        </w:rPr>
        <w:t xml:space="preserve">13. </w:t>
      </w:r>
      <w:r>
        <w:t>Find profit if CP=750, SP=840.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courtyard area 2304 m². Find side/perimeter.</w:t>
      </w:r>
    </w:p>
    <w:p>
      <w:pPr>
        <w:spacing w:after="60"/>
      </w:pPr>
      <w:r>
        <w:rPr>
          <w:b/>
        </w:rPr>
        <w:t xml:space="preserve">15. </w:t>
      </w:r>
      <w:r>
        <w:t>Simplify 3(2x-5)+4(x+1).</w:t>
      </w:r>
    </w:p>
    <w:p>
      <w:pPr>
        <w:spacing w:after="60"/>
      </w:pPr>
      <w:r>
        <w:rPr>
          <w:b/>
        </w:rPr>
        <w:t xml:space="preserve">16. </w:t>
      </w:r>
      <w:r>
        <w:t>A rhombus diagonals 16,30. Find area.</w:t>
      </w:r>
    </w:p>
    <w:p>
      <w:pPr>
        <w:spacing w:after="60"/>
      </w:pPr>
      <w:r>
        <w:rPr>
          <w:b/>
        </w:rPr>
        <w:t xml:space="preserve">17. </w:t>
      </w:r>
      <w:r>
        <w:t>A shirt Rs1200 has 15% discount. Find SP.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laptop Rs50,000 gets 10% discount then 18% tax. Find final price.</w:t>
      </w:r>
    </w:p>
    <w:p>
      <w:pPr>
        <w:spacing w:after="60"/>
      </w:pPr>
      <w:r>
        <w:rPr>
          <w:b/>
        </w:rPr>
        <w:t xml:space="preserve">19. </w:t>
      </w:r>
      <w:r>
        <w:t>A square and rectangle perimeter 48; rectangle length16 breadth8. Compare areas.</w:t>
      </w:r>
    </w:p>
    <w:p>
      <w:pPr>
        <w:spacing w:after="60"/>
      </w:pPr>
      <w:r>
        <w:rPr>
          <w:b/>
        </w:rPr>
        <w:t xml:space="preserve">20. </w:t>
      </w:r>
      <w:r>
        <w:t>A quantity rises 25% then falls 20%. Compare final to original.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8 Mathematics – Worksheet 4</w:t>
      </w:r>
    </w:p>
    <w:p>
      <w:pPr>
        <w:jc w:val="center"/>
      </w:pPr>
      <w:r>
        <w:rPr>
          <w:b/>
          <w:color w:val="C65911"/>
          <w:sz w:val="28"/>
        </w:rPr>
        <w:t>Mixed Syllabus – Set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Squares/cubes/powers; algebra; quadrilaterals; percentages/proportion; data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√2025.</w:t>
      </w:r>
    </w:p>
    <w:p>
      <w:pPr>
        <w:spacing w:after="60"/>
      </w:pPr>
      <w:r>
        <w:rPr>
          <w:b/>
        </w:rPr>
        <w:t xml:space="preserve">2. </w:t>
      </w:r>
      <w:r>
        <w:t>Simplify 2³×2⁵.</w:t>
      </w:r>
    </w:p>
    <w:p>
      <w:pPr>
        <w:spacing w:after="60"/>
      </w:pPr>
      <w:r>
        <w:rPr>
          <w:b/>
        </w:rPr>
        <w:t xml:space="preserve">3. </w:t>
      </w:r>
      <w:r>
        <w:t>Expand (a+b)².</w:t>
      </w:r>
    </w:p>
    <w:p>
      <w:pPr>
        <w:spacing w:after="60"/>
      </w:pPr>
      <w:r>
        <w:rPr>
          <w:b/>
        </w:rPr>
        <w:t xml:space="preserve">4. </w:t>
      </w:r>
      <w:r>
        <w:t>Factorise x²+7x+12.</w:t>
      </w:r>
    </w:p>
    <w:p>
      <w:pPr>
        <w:spacing w:after="60"/>
      </w:pPr>
      <w:r>
        <w:rPr>
          <w:b/>
        </w:rPr>
        <w:t xml:space="preserve">5. </w:t>
      </w:r>
      <w:r>
        <w:t>Find fourth angle if three are 75°,105°,95°.</w:t>
      </w:r>
    </w:p>
    <w:p>
      <w:pPr>
        <w:spacing w:after="60"/>
      </w:pPr>
      <w:r>
        <w:rPr>
          <w:b/>
        </w:rPr>
        <w:t xml:space="preserve">6. </w:t>
      </w:r>
      <w:r>
        <w:t>Find 15% of 640.</w:t>
      </w:r>
    </w:p>
    <w:p>
      <w:pPr>
        <w:spacing w:after="60"/>
      </w:pPr>
      <w:r>
        <w:rPr>
          <w:b/>
        </w:rPr>
        <w:t xml:space="preserve">7. </w:t>
      </w:r>
      <w:r>
        <w:t>Find SI on Rs5000 at 6% for 2 years.</w:t>
      </w:r>
    </w:p>
    <w:p>
      <w:pPr>
        <w:spacing w:after="60"/>
      </w:pPr>
      <w:r>
        <w:rPr>
          <w:b/>
        </w:rPr>
        <w:t xml:space="preserve">8. </w:t>
      </w:r>
      <w:r>
        <w:t>Find mean of 12,15,18,10,20.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∛1728.</w:t>
      </w:r>
    </w:p>
    <w:p>
      <w:pPr>
        <w:spacing w:after="60"/>
      </w:pPr>
      <w:r>
        <w:rPr>
          <w:b/>
        </w:rPr>
        <w:t xml:space="preserve">10. </w:t>
      </w:r>
      <w:r>
        <w:t>Use distributive property to calculate 98×47.</w:t>
      </w:r>
    </w:p>
    <w:p>
      <w:pPr>
        <w:spacing w:after="60"/>
      </w:pPr>
      <w:r>
        <w:rPr>
          <w:b/>
        </w:rPr>
        <w:t xml:space="preserve">11. </w:t>
      </w:r>
      <w:r>
        <w:t>A parallelogram angle is 68°. Find adjacent.</w:t>
      </w:r>
    </w:p>
    <w:p>
      <w:pPr>
        <w:spacing w:after="60"/>
      </w:pPr>
      <w:r>
        <w:rPr>
          <w:b/>
        </w:rPr>
        <w:t xml:space="preserve">12. </w:t>
      </w:r>
      <w:r>
        <w:t>Divide Rs540 in ratio 4:5.</w:t>
      </w:r>
    </w:p>
    <w:p>
      <w:pPr>
        <w:spacing w:after="60"/>
      </w:pPr>
      <w:r>
        <w:rPr>
          <w:b/>
        </w:rPr>
        <w:t xml:space="preserve">13. </w:t>
      </w:r>
      <w:r>
        <w:t>Find profit if CP=750, SP=840.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courtyard area 2304 m². Find side/perimeter.</w:t>
      </w:r>
    </w:p>
    <w:p>
      <w:pPr>
        <w:spacing w:after="60"/>
      </w:pPr>
      <w:r>
        <w:rPr>
          <w:b/>
        </w:rPr>
        <w:t xml:space="preserve">15. </w:t>
      </w:r>
      <w:r>
        <w:t>Simplify 3(2x-5)+4(x+1).</w:t>
      </w:r>
    </w:p>
    <w:p>
      <w:pPr>
        <w:spacing w:after="60"/>
      </w:pPr>
      <w:r>
        <w:rPr>
          <w:b/>
        </w:rPr>
        <w:t xml:space="preserve">16. </w:t>
      </w:r>
      <w:r>
        <w:t>A rhombus diagonals 16,30. Find area.</w:t>
      </w:r>
    </w:p>
    <w:p>
      <w:pPr>
        <w:spacing w:after="60"/>
      </w:pPr>
      <w:r>
        <w:rPr>
          <w:b/>
        </w:rPr>
        <w:t xml:space="preserve">17. </w:t>
      </w:r>
      <w:r>
        <w:t>A shirt Rs1200 has 15% discount. Find SP.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laptop Rs50,000 gets 10% discount then 18% tax. Find final price.</w:t>
      </w:r>
    </w:p>
    <w:p>
      <w:pPr>
        <w:spacing w:after="60"/>
      </w:pPr>
      <w:r>
        <w:rPr>
          <w:b/>
        </w:rPr>
        <w:t xml:space="preserve">19. </w:t>
      </w:r>
      <w:r>
        <w:t>A square and rectangle perimeter 48; rectangle length16 breadth8. Compare areas.</w:t>
      </w:r>
    </w:p>
    <w:p>
      <w:pPr>
        <w:spacing w:after="60"/>
      </w:pPr>
      <w:r>
        <w:rPr>
          <w:b/>
        </w:rPr>
        <w:t xml:space="preserve">20. </w:t>
      </w:r>
      <w:r>
        <w:t>A quantity rises 25% then falls 20%. Compare final to original.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8 Mathematics – Worksheet 5</w:t>
      </w:r>
    </w:p>
    <w:p>
      <w:pPr>
        <w:jc w:val="center"/>
      </w:pPr>
      <w:r>
        <w:rPr>
          <w:b/>
          <w:color w:val="C65911"/>
          <w:sz w:val="28"/>
        </w:rPr>
        <w:t>Mixed Syllabus – Set 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Squares/cubes/powers; algebra; quadrilaterals; percentages/proportion; data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√2025.</w:t>
      </w:r>
    </w:p>
    <w:p>
      <w:pPr>
        <w:spacing w:after="60"/>
      </w:pPr>
      <w:r>
        <w:rPr>
          <w:b/>
        </w:rPr>
        <w:t xml:space="preserve">2. </w:t>
      </w:r>
      <w:r>
        <w:t>Simplify 2³×2⁵.</w:t>
      </w:r>
    </w:p>
    <w:p>
      <w:pPr>
        <w:spacing w:after="60"/>
      </w:pPr>
      <w:r>
        <w:rPr>
          <w:b/>
        </w:rPr>
        <w:t xml:space="preserve">3. </w:t>
      </w:r>
      <w:r>
        <w:t>Expand (a+b)².</w:t>
      </w:r>
    </w:p>
    <w:p>
      <w:pPr>
        <w:spacing w:after="60"/>
      </w:pPr>
      <w:r>
        <w:rPr>
          <w:b/>
        </w:rPr>
        <w:t xml:space="preserve">4. </w:t>
      </w:r>
      <w:r>
        <w:t>Factorise x²+7x+12.</w:t>
      </w:r>
    </w:p>
    <w:p>
      <w:pPr>
        <w:spacing w:after="60"/>
      </w:pPr>
      <w:r>
        <w:rPr>
          <w:b/>
        </w:rPr>
        <w:t xml:space="preserve">5. </w:t>
      </w:r>
      <w:r>
        <w:t>Find fourth angle if three are 75°,105°,95°.</w:t>
      </w:r>
    </w:p>
    <w:p>
      <w:pPr>
        <w:spacing w:after="60"/>
      </w:pPr>
      <w:r>
        <w:rPr>
          <w:b/>
        </w:rPr>
        <w:t xml:space="preserve">6. </w:t>
      </w:r>
      <w:r>
        <w:t>Find 15% of 640.</w:t>
      </w:r>
    </w:p>
    <w:p>
      <w:pPr>
        <w:spacing w:after="60"/>
      </w:pPr>
      <w:r>
        <w:rPr>
          <w:b/>
        </w:rPr>
        <w:t xml:space="preserve">7. </w:t>
      </w:r>
      <w:r>
        <w:t>Find SI on Rs5000 at 6% for 2 years.</w:t>
      </w:r>
    </w:p>
    <w:p>
      <w:pPr>
        <w:spacing w:after="60"/>
      </w:pPr>
      <w:r>
        <w:rPr>
          <w:b/>
        </w:rPr>
        <w:t xml:space="preserve">8. </w:t>
      </w:r>
      <w:r>
        <w:t>Find mean of 12,15,18,10,20.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∛1728.</w:t>
      </w:r>
    </w:p>
    <w:p>
      <w:pPr>
        <w:spacing w:after="60"/>
      </w:pPr>
      <w:r>
        <w:rPr>
          <w:b/>
        </w:rPr>
        <w:t xml:space="preserve">10. </w:t>
      </w:r>
      <w:r>
        <w:t>Use distributive property to calculate 98×47.</w:t>
      </w:r>
    </w:p>
    <w:p>
      <w:pPr>
        <w:spacing w:after="60"/>
      </w:pPr>
      <w:r>
        <w:rPr>
          <w:b/>
        </w:rPr>
        <w:t xml:space="preserve">11. </w:t>
      </w:r>
      <w:r>
        <w:t>A parallelogram angle is 68°. Find adjacent.</w:t>
      </w:r>
    </w:p>
    <w:p>
      <w:pPr>
        <w:spacing w:after="60"/>
      </w:pPr>
      <w:r>
        <w:rPr>
          <w:b/>
        </w:rPr>
        <w:t xml:space="preserve">12. </w:t>
      </w:r>
      <w:r>
        <w:t>Divide Rs540 in ratio 4:5.</w:t>
      </w:r>
    </w:p>
    <w:p>
      <w:pPr>
        <w:spacing w:after="60"/>
      </w:pPr>
      <w:r>
        <w:rPr>
          <w:b/>
        </w:rPr>
        <w:t xml:space="preserve">13. </w:t>
      </w:r>
      <w:r>
        <w:t>Find profit if CP=750, SP=840.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courtyard area 2304 m². Find side/perimeter.</w:t>
      </w:r>
    </w:p>
    <w:p>
      <w:pPr>
        <w:spacing w:after="60"/>
      </w:pPr>
      <w:r>
        <w:rPr>
          <w:b/>
        </w:rPr>
        <w:t xml:space="preserve">15. </w:t>
      </w:r>
      <w:r>
        <w:t>Simplify 3(2x-5)+4(x+1).</w:t>
      </w:r>
    </w:p>
    <w:p>
      <w:pPr>
        <w:spacing w:after="60"/>
      </w:pPr>
      <w:r>
        <w:rPr>
          <w:b/>
        </w:rPr>
        <w:t xml:space="preserve">16. </w:t>
      </w:r>
      <w:r>
        <w:t>A rhombus diagonals 16,30. Find area.</w:t>
      </w:r>
    </w:p>
    <w:p>
      <w:pPr>
        <w:spacing w:after="60"/>
      </w:pPr>
      <w:r>
        <w:rPr>
          <w:b/>
        </w:rPr>
        <w:t xml:space="preserve">17. </w:t>
      </w:r>
      <w:r>
        <w:t>A shirt Rs1200 has 15% discount. Find SP.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laptop Rs50,000 gets 10% discount then 18% tax. Find final price.</w:t>
      </w:r>
    </w:p>
    <w:p>
      <w:pPr>
        <w:spacing w:after="60"/>
      </w:pPr>
      <w:r>
        <w:rPr>
          <w:b/>
        </w:rPr>
        <w:t xml:space="preserve">19. </w:t>
      </w:r>
      <w:r>
        <w:t>A square and rectangle perimeter 48; rectangle length16 breadth8. Compare areas.</w:t>
      </w:r>
    </w:p>
    <w:p>
      <w:pPr>
        <w:spacing w:after="60"/>
      </w:pPr>
      <w:r>
        <w:rPr>
          <w:b/>
        </w:rPr>
        <w:t xml:space="preserve">20. </w:t>
      </w:r>
      <w:r>
        <w:t>A quantity rises 25% then falls 20%. Compare final to original.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