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9 Mathematics – Worksheet 1</w:t>
      </w:r>
    </w:p>
    <w:p>
      <w:pPr>
        <w:jc w:val="center"/>
      </w:pPr>
      <w:r>
        <w:rPr>
          <w:b/>
          <w:color w:val="C65911"/>
          <w:sz w:val="28"/>
        </w:rPr>
        <w:t>Mixed Syllabus – Set 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Number systems; polynomials; sequences; linear equations; coordinate geometry; geometry; mensuration; statistics; probability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 | 20 Questions</w:t>
            </w:r>
          </w:p>
        </w:tc>
      </w:tr>
    </w:tbl>
    <w:p/>
    <w:p>
      <w:r>
        <w:rPr>
          <w:b/>
          <w:color w:val="C65911"/>
          <w:sz w:val="23"/>
        </w:rPr>
        <w:t>Section A – Very Short / Objective</w:t>
      </w:r>
    </w:p>
    <w:p>
      <w:pPr>
        <w:spacing w:after="60"/>
      </w:pPr>
      <w:r>
        <w:rPr>
          <w:b/>
        </w:rPr>
        <w:t xml:space="preserve">1. </w:t>
      </w:r>
      <w:r>
        <w:t>Classify √7.</w:t>
      </w:r>
    </w:p>
    <w:p>
      <w:pPr>
        <w:spacing w:after="60"/>
      </w:pPr>
      <w:r>
        <w:rPr>
          <w:b/>
        </w:rPr>
        <w:t xml:space="preserve">2. </w:t>
      </w:r>
      <w:r>
        <w:t>Find degree of 5x³-2x+7.</w:t>
      </w:r>
    </w:p>
    <w:p>
      <w:pPr>
        <w:spacing w:after="60"/>
      </w:pPr>
      <w:r>
        <w:rPr>
          <w:b/>
        </w:rPr>
        <w:t xml:space="preserve">3. </w:t>
      </w:r>
      <w:r>
        <w:t>Find 25th term AP 4,9,14,...</w:t>
      </w:r>
    </w:p>
    <w:p>
      <w:pPr>
        <w:spacing w:after="60"/>
      </w:pPr>
      <w:r>
        <w:rPr>
          <w:b/>
        </w:rPr>
        <w:t xml:space="preserve">4. </w:t>
      </w:r>
      <w:r>
        <w:t>Solve x+y=7,x-y=1.</w:t>
      </w:r>
    </w:p>
    <w:p>
      <w:pPr>
        <w:spacing w:after="60"/>
      </w:pPr>
      <w:r>
        <w:rPr>
          <w:b/>
        </w:rPr>
        <w:t xml:space="preserve">5. </w:t>
      </w:r>
      <w:r>
        <w:t>Find midpoint (2,6),(8,10).</w:t>
      </w:r>
    </w:p>
    <w:p>
      <w:pPr>
        <w:spacing w:after="60"/>
      </w:pPr>
      <w:r>
        <w:rPr>
          <w:b/>
        </w:rPr>
        <w:t xml:space="preserve">6. </w:t>
      </w:r>
      <w:r>
        <w:t>Find third angle of isosceles triangle if base angle 52°.</w:t>
      </w:r>
    </w:p>
    <w:p>
      <w:pPr>
        <w:spacing w:after="60"/>
      </w:pPr>
      <w:r>
        <w:rPr>
          <w:b/>
        </w:rPr>
        <w:t xml:space="preserve">7. </w:t>
      </w:r>
      <w:r>
        <w:t>Find area circle r=7.</w:t>
      </w:r>
    </w:p>
    <w:p>
      <w:pPr>
        <w:spacing w:after="60"/>
      </w:pPr>
      <w:r>
        <w:rPr>
          <w:b/>
        </w:rPr>
        <w:t xml:space="preserve">8. </w:t>
      </w:r>
      <w:r>
        <w:t>Find probability of blue from 5 red,3 blue,2 green.</w:t>
      </w:r>
    </w:p>
    <w:p>
      <w:r>
        <w:rPr>
          <w:b/>
          <w:color w:val="C65911"/>
          <w:sz w:val="23"/>
        </w:rPr>
        <w:t>Section B – Short Answer</w:t>
      </w:r>
    </w:p>
    <w:p>
      <w:pPr>
        <w:spacing w:after="60"/>
      </w:pPr>
      <w:r>
        <w:rPr>
          <w:b/>
        </w:rPr>
        <w:t xml:space="preserve">9. </w:t>
      </w:r>
      <w:r>
        <w:t>Find 8th term GP 5,10,20,...</w:t>
      </w:r>
    </w:p>
    <w:p>
      <w:pPr>
        <w:spacing w:after="60"/>
      </w:pPr>
      <w:r>
        <w:rPr>
          <w:b/>
        </w:rPr>
        <w:t xml:space="preserve">10. </w:t>
      </w:r>
      <w:r>
        <w:t>Factorise x²+9x+20.</w:t>
      </w:r>
    </w:p>
    <w:p>
      <w:pPr>
        <w:spacing w:after="60"/>
      </w:pPr>
      <w:r>
        <w:rPr>
          <w:b/>
        </w:rPr>
        <w:t xml:space="preserve">11. </w:t>
      </w:r>
      <w:r>
        <w:t>Find distance (-2,3),(4,3).</w:t>
      </w:r>
    </w:p>
    <w:p>
      <w:pPr>
        <w:spacing w:after="60"/>
      </w:pPr>
      <w:r>
        <w:rPr>
          <w:b/>
        </w:rPr>
        <w:t xml:space="preserve">12. </w:t>
      </w:r>
      <w:r>
        <w:t>A sector 60°, r21: find area.</w:t>
      </w:r>
    </w:p>
    <w:p>
      <w:pPr>
        <w:spacing w:after="60"/>
      </w:pPr>
      <w:r>
        <w:rPr>
          <w:b/>
        </w:rPr>
        <w:t xml:space="preserve">13. </w:t>
      </w:r>
      <w:r>
        <w:t>Find median 5,8,9,12,15,18,20.</w:t>
      </w:r>
    </w:p>
    <w:p>
      <w:r>
        <w:rPr>
          <w:b/>
          <w:color w:val="C65911"/>
          <w:sz w:val="23"/>
        </w:rPr>
        <w:t>Section C – Medium Answer</w:t>
      </w:r>
    </w:p>
    <w:p>
      <w:pPr>
        <w:spacing w:after="60"/>
      </w:pPr>
      <w:r>
        <w:rPr>
          <w:b/>
        </w:rPr>
        <w:t xml:space="preserve">14. </w:t>
      </w:r>
      <w:r>
        <w:t>Taxi y=50+12x: identify slope/intercept and fare at x=10.</w:t>
      </w:r>
    </w:p>
    <w:p>
      <w:pPr>
        <w:spacing w:after="60"/>
      </w:pPr>
      <w:r>
        <w:rPr>
          <w:b/>
        </w:rPr>
        <w:t xml:space="preserve">15. </w:t>
      </w:r>
      <w:r>
        <w:t>Use elimination: 3x+2y=16,x+2y=8.</w:t>
      </w:r>
    </w:p>
    <w:p>
      <w:pPr>
        <w:spacing w:after="60"/>
      </w:pPr>
      <w:r>
        <w:rPr>
          <w:b/>
        </w:rPr>
        <w:t xml:space="preserve">16. </w:t>
      </w:r>
      <w:r>
        <w:t>A triangular plot sides 13,14,15: find area.</w:t>
      </w:r>
    </w:p>
    <w:p>
      <w:pPr>
        <w:spacing w:after="60"/>
      </w:pPr>
      <w:r>
        <w:rPr>
          <w:b/>
        </w:rPr>
        <w:t xml:space="preserve">17. </w:t>
      </w:r>
      <w:r>
        <w:t>Cylinder r7,h10: find volume.</w:t>
      </w:r>
    </w:p>
    <w:p>
      <w:r>
        <w:rPr>
          <w:b/>
          <w:color w:val="C65911"/>
          <w:sz w:val="23"/>
        </w:rPr>
        <w:t>Section D – Long / Competency-Based</w:t>
      </w:r>
    </w:p>
    <w:p>
      <w:pPr>
        <w:spacing w:after="60"/>
      </w:pPr>
      <w:r>
        <w:rPr>
          <w:b/>
        </w:rPr>
        <w:t xml:space="preserve">18. </w:t>
      </w:r>
      <w:r>
        <w:t>Case study: theatre first row24 seats, +3 each row. Find row20 and increase from row1.</w:t>
      </w:r>
    </w:p>
    <w:p>
      <w:pPr>
        <w:spacing w:after="60"/>
      </w:pPr>
      <w:r>
        <w:rPr>
          <w:b/>
        </w:rPr>
        <w:t xml:space="preserve">19. </w:t>
      </w:r>
      <w:r>
        <w:t>Map A(2,1),B(8,1),C(8,9): find lengths/area/classify.</w:t>
      </w:r>
    </w:p>
    <w:p>
      <w:pPr>
        <w:spacing w:after="60"/>
      </w:pPr>
      <w:r>
        <w:rPr>
          <w:b/>
        </w:rPr>
        <w:t xml:space="preserve">20. </w:t>
      </w:r>
      <w:r>
        <w:t>Scores 12,15,18,15,20,15,17,18,15,19: find mean, median, mode.</w:t>
      </w:r>
    </w:p>
    <w:p>
      <w:r>
        <w:br w:type="page"/>
      </w:r>
    </w:p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9 Mathematics – Worksheet 2</w:t>
      </w:r>
    </w:p>
    <w:p>
      <w:pPr>
        <w:jc w:val="center"/>
      </w:pPr>
      <w:r>
        <w:rPr>
          <w:b/>
          <w:color w:val="C65911"/>
          <w:sz w:val="28"/>
        </w:rPr>
        <w:t>Mixed Syllabus – Set 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Number systems; polynomials; sequences; linear equations; coordinate geometry; geometry; mensuration; statistics; probability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 | 20 Questions</w:t>
            </w:r>
          </w:p>
        </w:tc>
      </w:tr>
    </w:tbl>
    <w:p/>
    <w:p>
      <w:r>
        <w:rPr>
          <w:b/>
          <w:color w:val="C65911"/>
          <w:sz w:val="23"/>
        </w:rPr>
        <w:t>Section A – Very Short / Objective</w:t>
      </w:r>
    </w:p>
    <w:p>
      <w:pPr>
        <w:spacing w:after="60"/>
      </w:pPr>
      <w:r>
        <w:rPr>
          <w:b/>
        </w:rPr>
        <w:t xml:space="preserve">1. </w:t>
      </w:r>
      <w:r>
        <w:t>Classify √7.</w:t>
      </w:r>
    </w:p>
    <w:p>
      <w:pPr>
        <w:spacing w:after="60"/>
      </w:pPr>
      <w:r>
        <w:rPr>
          <w:b/>
        </w:rPr>
        <w:t xml:space="preserve">2. </w:t>
      </w:r>
      <w:r>
        <w:t>Find degree of 5x³-2x+7.</w:t>
      </w:r>
    </w:p>
    <w:p>
      <w:pPr>
        <w:spacing w:after="60"/>
      </w:pPr>
      <w:r>
        <w:rPr>
          <w:b/>
        </w:rPr>
        <w:t xml:space="preserve">3. </w:t>
      </w:r>
      <w:r>
        <w:t>Find 25th term AP 4,9,14,...</w:t>
      </w:r>
    </w:p>
    <w:p>
      <w:pPr>
        <w:spacing w:after="60"/>
      </w:pPr>
      <w:r>
        <w:rPr>
          <w:b/>
        </w:rPr>
        <w:t xml:space="preserve">4. </w:t>
      </w:r>
      <w:r>
        <w:t>Solve x+y=7,x-y=1.</w:t>
      </w:r>
    </w:p>
    <w:p>
      <w:pPr>
        <w:spacing w:after="60"/>
      </w:pPr>
      <w:r>
        <w:rPr>
          <w:b/>
        </w:rPr>
        <w:t xml:space="preserve">5. </w:t>
      </w:r>
      <w:r>
        <w:t>Find midpoint (2,6),(8,10).</w:t>
      </w:r>
    </w:p>
    <w:p>
      <w:pPr>
        <w:spacing w:after="60"/>
      </w:pPr>
      <w:r>
        <w:rPr>
          <w:b/>
        </w:rPr>
        <w:t xml:space="preserve">6. </w:t>
      </w:r>
      <w:r>
        <w:t>Find third angle of isosceles triangle if base angle 52°.</w:t>
      </w:r>
    </w:p>
    <w:p>
      <w:pPr>
        <w:spacing w:after="60"/>
      </w:pPr>
      <w:r>
        <w:rPr>
          <w:b/>
        </w:rPr>
        <w:t xml:space="preserve">7. </w:t>
      </w:r>
      <w:r>
        <w:t>Find area circle r=7.</w:t>
      </w:r>
    </w:p>
    <w:p>
      <w:pPr>
        <w:spacing w:after="60"/>
      </w:pPr>
      <w:r>
        <w:rPr>
          <w:b/>
        </w:rPr>
        <w:t xml:space="preserve">8. </w:t>
      </w:r>
      <w:r>
        <w:t>Find probability of blue from 5 red,3 blue,2 green.</w:t>
      </w:r>
    </w:p>
    <w:p>
      <w:r>
        <w:rPr>
          <w:b/>
          <w:color w:val="C65911"/>
          <w:sz w:val="23"/>
        </w:rPr>
        <w:t>Section B – Short Answer</w:t>
      </w:r>
    </w:p>
    <w:p>
      <w:pPr>
        <w:spacing w:after="60"/>
      </w:pPr>
      <w:r>
        <w:rPr>
          <w:b/>
        </w:rPr>
        <w:t xml:space="preserve">9. </w:t>
      </w:r>
      <w:r>
        <w:t>Find 8th term GP 5,10,20,...</w:t>
      </w:r>
    </w:p>
    <w:p>
      <w:pPr>
        <w:spacing w:after="60"/>
      </w:pPr>
      <w:r>
        <w:rPr>
          <w:b/>
        </w:rPr>
        <w:t xml:space="preserve">10. </w:t>
      </w:r>
      <w:r>
        <w:t>Factorise x²+9x+20.</w:t>
      </w:r>
    </w:p>
    <w:p>
      <w:pPr>
        <w:spacing w:after="60"/>
      </w:pPr>
      <w:r>
        <w:rPr>
          <w:b/>
        </w:rPr>
        <w:t xml:space="preserve">11. </w:t>
      </w:r>
      <w:r>
        <w:t>Find distance (-2,3),(4,3).</w:t>
      </w:r>
    </w:p>
    <w:p>
      <w:pPr>
        <w:spacing w:after="60"/>
      </w:pPr>
      <w:r>
        <w:rPr>
          <w:b/>
        </w:rPr>
        <w:t xml:space="preserve">12. </w:t>
      </w:r>
      <w:r>
        <w:t>A sector 60°, r21: find area.</w:t>
      </w:r>
    </w:p>
    <w:p>
      <w:pPr>
        <w:spacing w:after="60"/>
      </w:pPr>
      <w:r>
        <w:rPr>
          <w:b/>
        </w:rPr>
        <w:t xml:space="preserve">13. </w:t>
      </w:r>
      <w:r>
        <w:t>Find median 5,8,9,12,15,18,20.</w:t>
      </w:r>
    </w:p>
    <w:p>
      <w:r>
        <w:rPr>
          <w:b/>
          <w:color w:val="C65911"/>
          <w:sz w:val="23"/>
        </w:rPr>
        <w:t>Section C – Medium Answer</w:t>
      </w:r>
    </w:p>
    <w:p>
      <w:pPr>
        <w:spacing w:after="60"/>
      </w:pPr>
      <w:r>
        <w:rPr>
          <w:b/>
        </w:rPr>
        <w:t xml:space="preserve">14. </w:t>
      </w:r>
      <w:r>
        <w:t>Taxi y=50+12x: identify slope/intercept and fare at x=10.</w:t>
      </w:r>
    </w:p>
    <w:p>
      <w:pPr>
        <w:spacing w:after="60"/>
      </w:pPr>
      <w:r>
        <w:rPr>
          <w:b/>
        </w:rPr>
        <w:t xml:space="preserve">15. </w:t>
      </w:r>
      <w:r>
        <w:t>Use elimination: 3x+2y=16,x+2y=8.</w:t>
      </w:r>
    </w:p>
    <w:p>
      <w:pPr>
        <w:spacing w:after="60"/>
      </w:pPr>
      <w:r>
        <w:rPr>
          <w:b/>
        </w:rPr>
        <w:t xml:space="preserve">16. </w:t>
      </w:r>
      <w:r>
        <w:t>A triangular plot sides 13,14,15: find area.</w:t>
      </w:r>
    </w:p>
    <w:p>
      <w:pPr>
        <w:spacing w:after="60"/>
      </w:pPr>
      <w:r>
        <w:rPr>
          <w:b/>
        </w:rPr>
        <w:t xml:space="preserve">17. </w:t>
      </w:r>
      <w:r>
        <w:t>Cylinder r7,h10: find volume.</w:t>
      </w:r>
    </w:p>
    <w:p>
      <w:r>
        <w:rPr>
          <w:b/>
          <w:color w:val="C65911"/>
          <w:sz w:val="23"/>
        </w:rPr>
        <w:t>Section D – Long / Competency-Based</w:t>
      </w:r>
    </w:p>
    <w:p>
      <w:pPr>
        <w:spacing w:after="60"/>
      </w:pPr>
      <w:r>
        <w:rPr>
          <w:b/>
        </w:rPr>
        <w:t xml:space="preserve">18. </w:t>
      </w:r>
      <w:r>
        <w:t>Case study: theatre first row24 seats, +3 each row. Find row20 and increase from row1.</w:t>
      </w:r>
    </w:p>
    <w:p>
      <w:pPr>
        <w:spacing w:after="60"/>
      </w:pPr>
      <w:r>
        <w:rPr>
          <w:b/>
        </w:rPr>
        <w:t xml:space="preserve">19. </w:t>
      </w:r>
      <w:r>
        <w:t>Map A(2,1),B(8,1),C(8,9): find lengths/area/classify.</w:t>
      </w:r>
    </w:p>
    <w:p>
      <w:pPr>
        <w:spacing w:after="60"/>
      </w:pPr>
      <w:r>
        <w:rPr>
          <w:b/>
        </w:rPr>
        <w:t xml:space="preserve">20. </w:t>
      </w:r>
      <w:r>
        <w:t>Scores 12,15,18,15,20,15,17,18,15,19: find mean, median, mode.</w:t>
      </w:r>
    </w:p>
    <w:p>
      <w:r>
        <w:br w:type="page"/>
      </w:r>
    </w:p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9 Mathematics – Worksheet 3</w:t>
      </w:r>
    </w:p>
    <w:p>
      <w:pPr>
        <w:jc w:val="center"/>
      </w:pPr>
      <w:r>
        <w:rPr>
          <w:b/>
          <w:color w:val="C65911"/>
          <w:sz w:val="28"/>
        </w:rPr>
        <w:t>Mixed Syllabus – Set 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Number systems; polynomials; sequences; linear equations; coordinate geometry; geometry; mensuration; statistics; probability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 | 20 Questions</w:t>
            </w:r>
          </w:p>
        </w:tc>
      </w:tr>
    </w:tbl>
    <w:p/>
    <w:p>
      <w:r>
        <w:rPr>
          <w:b/>
          <w:color w:val="C65911"/>
          <w:sz w:val="23"/>
        </w:rPr>
        <w:t>Section A – Very Short / Objective</w:t>
      </w:r>
    </w:p>
    <w:p>
      <w:pPr>
        <w:spacing w:after="60"/>
      </w:pPr>
      <w:r>
        <w:rPr>
          <w:b/>
        </w:rPr>
        <w:t xml:space="preserve">1. </w:t>
      </w:r>
      <w:r>
        <w:t>Classify √7.</w:t>
      </w:r>
    </w:p>
    <w:p>
      <w:pPr>
        <w:spacing w:after="60"/>
      </w:pPr>
      <w:r>
        <w:rPr>
          <w:b/>
        </w:rPr>
        <w:t xml:space="preserve">2. </w:t>
      </w:r>
      <w:r>
        <w:t>Find degree of 5x³-2x+7.</w:t>
      </w:r>
    </w:p>
    <w:p>
      <w:pPr>
        <w:spacing w:after="60"/>
      </w:pPr>
      <w:r>
        <w:rPr>
          <w:b/>
        </w:rPr>
        <w:t xml:space="preserve">3. </w:t>
      </w:r>
      <w:r>
        <w:t>Find 25th term AP 4,9,14,...</w:t>
      </w:r>
    </w:p>
    <w:p>
      <w:pPr>
        <w:spacing w:after="60"/>
      </w:pPr>
      <w:r>
        <w:rPr>
          <w:b/>
        </w:rPr>
        <w:t xml:space="preserve">4. </w:t>
      </w:r>
      <w:r>
        <w:t>Solve x+y=7,x-y=1.</w:t>
      </w:r>
    </w:p>
    <w:p>
      <w:pPr>
        <w:spacing w:after="60"/>
      </w:pPr>
      <w:r>
        <w:rPr>
          <w:b/>
        </w:rPr>
        <w:t xml:space="preserve">5. </w:t>
      </w:r>
      <w:r>
        <w:t>Find midpoint (2,6),(8,10).</w:t>
      </w:r>
    </w:p>
    <w:p>
      <w:pPr>
        <w:spacing w:after="60"/>
      </w:pPr>
      <w:r>
        <w:rPr>
          <w:b/>
        </w:rPr>
        <w:t xml:space="preserve">6. </w:t>
      </w:r>
      <w:r>
        <w:t>Find third angle of isosceles triangle if base angle 52°.</w:t>
      </w:r>
    </w:p>
    <w:p>
      <w:pPr>
        <w:spacing w:after="60"/>
      </w:pPr>
      <w:r>
        <w:rPr>
          <w:b/>
        </w:rPr>
        <w:t xml:space="preserve">7. </w:t>
      </w:r>
      <w:r>
        <w:t>Find area circle r=7.</w:t>
      </w:r>
    </w:p>
    <w:p>
      <w:pPr>
        <w:spacing w:after="60"/>
      </w:pPr>
      <w:r>
        <w:rPr>
          <w:b/>
        </w:rPr>
        <w:t xml:space="preserve">8. </w:t>
      </w:r>
      <w:r>
        <w:t>Find probability of blue from 5 red,3 blue,2 green.</w:t>
      </w:r>
    </w:p>
    <w:p>
      <w:r>
        <w:rPr>
          <w:b/>
          <w:color w:val="C65911"/>
          <w:sz w:val="23"/>
        </w:rPr>
        <w:t>Section B – Short Answer</w:t>
      </w:r>
    </w:p>
    <w:p>
      <w:pPr>
        <w:spacing w:after="60"/>
      </w:pPr>
      <w:r>
        <w:rPr>
          <w:b/>
        </w:rPr>
        <w:t xml:space="preserve">9. </w:t>
      </w:r>
      <w:r>
        <w:t>Find 8th term GP 5,10,20,...</w:t>
      </w:r>
    </w:p>
    <w:p>
      <w:pPr>
        <w:spacing w:after="60"/>
      </w:pPr>
      <w:r>
        <w:rPr>
          <w:b/>
        </w:rPr>
        <w:t xml:space="preserve">10. </w:t>
      </w:r>
      <w:r>
        <w:t>Factorise x²+9x+20.</w:t>
      </w:r>
    </w:p>
    <w:p>
      <w:pPr>
        <w:spacing w:after="60"/>
      </w:pPr>
      <w:r>
        <w:rPr>
          <w:b/>
        </w:rPr>
        <w:t xml:space="preserve">11. </w:t>
      </w:r>
      <w:r>
        <w:t>Find distance (-2,3),(4,3).</w:t>
      </w:r>
    </w:p>
    <w:p>
      <w:pPr>
        <w:spacing w:after="60"/>
      </w:pPr>
      <w:r>
        <w:rPr>
          <w:b/>
        </w:rPr>
        <w:t xml:space="preserve">12. </w:t>
      </w:r>
      <w:r>
        <w:t>A sector 60°, r21: find area.</w:t>
      </w:r>
    </w:p>
    <w:p>
      <w:pPr>
        <w:spacing w:after="60"/>
      </w:pPr>
      <w:r>
        <w:rPr>
          <w:b/>
        </w:rPr>
        <w:t xml:space="preserve">13. </w:t>
      </w:r>
      <w:r>
        <w:t>Find median 5,8,9,12,15,18,20.</w:t>
      </w:r>
    </w:p>
    <w:p>
      <w:r>
        <w:rPr>
          <w:b/>
          <w:color w:val="C65911"/>
          <w:sz w:val="23"/>
        </w:rPr>
        <w:t>Section C – Medium Answer</w:t>
      </w:r>
    </w:p>
    <w:p>
      <w:pPr>
        <w:spacing w:after="60"/>
      </w:pPr>
      <w:r>
        <w:rPr>
          <w:b/>
        </w:rPr>
        <w:t xml:space="preserve">14. </w:t>
      </w:r>
      <w:r>
        <w:t>Taxi y=50+12x: identify slope/intercept and fare at x=10.</w:t>
      </w:r>
    </w:p>
    <w:p>
      <w:pPr>
        <w:spacing w:after="60"/>
      </w:pPr>
      <w:r>
        <w:rPr>
          <w:b/>
        </w:rPr>
        <w:t xml:space="preserve">15. </w:t>
      </w:r>
      <w:r>
        <w:t>Use elimination: 3x+2y=16,x+2y=8.</w:t>
      </w:r>
    </w:p>
    <w:p>
      <w:pPr>
        <w:spacing w:after="60"/>
      </w:pPr>
      <w:r>
        <w:rPr>
          <w:b/>
        </w:rPr>
        <w:t xml:space="preserve">16. </w:t>
      </w:r>
      <w:r>
        <w:t>A triangular plot sides 13,14,15: find area.</w:t>
      </w:r>
    </w:p>
    <w:p>
      <w:pPr>
        <w:spacing w:after="60"/>
      </w:pPr>
      <w:r>
        <w:rPr>
          <w:b/>
        </w:rPr>
        <w:t xml:space="preserve">17. </w:t>
      </w:r>
      <w:r>
        <w:t>Cylinder r7,h10: find volume.</w:t>
      </w:r>
    </w:p>
    <w:p>
      <w:r>
        <w:rPr>
          <w:b/>
          <w:color w:val="C65911"/>
          <w:sz w:val="23"/>
        </w:rPr>
        <w:t>Section D – Long / Competency-Based</w:t>
      </w:r>
    </w:p>
    <w:p>
      <w:pPr>
        <w:spacing w:after="60"/>
      </w:pPr>
      <w:r>
        <w:rPr>
          <w:b/>
        </w:rPr>
        <w:t xml:space="preserve">18. </w:t>
      </w:r>
      <w:r>
        <w:t>Case study: theatre first row24 seats, +3 each row. Find row20 and increase from row1.</w:t>
      </w:r>
    </w:p>
    <w:p>
      <w:pPr>
        <w:spacing w:after="60"/>
      </w:pPr>
      <w:r>
        <w:rPr>
          <w:b/>
        </w:rPr>
        <w:t xml:space="preserve">19. </w:t>
      </w:r>
      <w:r>
        <w:t>Map A(2,1),B(8,1),C(8,9): find lengths/area/classify.</w:t>
      </w:r>
    </w:p>
    <w:p>
      <w:pPr>
        <w:spacing w:after="60"/>
      </w:pPr>
      <w:r>
        <w:rPr>
          <w:b/>
        </w:rPr>
        <w:t xml:space="preserve">20. </w:t>
      </w:r>
      <w:r>
        <w:t>Scores 12,15,18,15,20,15,17,18,15,19: find mean, median, mode.</w:t>
      </w:r>
    </w:p>
    <w:p>
      <w:r>
        <w:br w:type="page"/>
      </w:r>
    </w:p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9 Mathematics – Worksheet 4</w:t>
      </w:r>
    </w:p>
    <w:p>
      <w:pPr>
        <w:jc w:val="center"/>
      </w:pPr>
      <w:r>
        <w:rPr>
          <w:b/>
          <w:color w:val="C65911"/>
          <w:sz w:val="28"/>
        </w:rPr>
        <w:t>Mixed Syllabus – Set 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Number systems; polynomials; sequences; linear equations; coordinate geometry; geometry; mensuration; statistics; probability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 | 20 Questions</w:t>
            </w:r>
          </w:p>
        </w:tc>
      </w:tr>
    </w:tbl>
    <w:p/>
    <w:p>
      <w:r>
        <w:rPr>
          <w:b/>
          <w:color w:val="C65911"/>
          <w:sz w:val="23"/>
        </w:rPr>
        <w:t>Section A – Very Short / Objective</w:t>
      </w:r>
    </w:p>
    <w:p>
      <w:pPr>
        <w:spacing w:after="60"/>
      </w:pPr>
      <w:r>
        <w:rPr>
          <w:b/>
        </w:rPr>
        <w:t xml:space="preserve">1. </w:t>
      </w:r>
      <w:r>
        <w:t>Classify √7.</w:t>
      </w:r>
    </w:p>
    <w:p>
      <w:pPr>
        <w:spacing w:after="60"/>
      </w:pPr>
      <w:r>
        <w:rPr>
          <w:b/>
        </w:rPr>
        <w:t xml:space="preserve">2. </w:t>
      </w:r>
      <w:r>
        <w:t>Find degree of 5x³-2x+7.</w:t>
      </w:r>
    </w:p>
    <w:p>
      <w:pPr>
        <w:spacing w:after="60"/>
      </w:pPr>
      <w:r>
        <w:rPr>
          <w:b/>
        </w:rPr>
        <w:t xml:space="preserve">3. </w:t>
      </w:r>
      <w:r>
        <w:t>Find 25th term AP 4,9,14,...</w:t>
      </w:r>
    </w:p>
    <w:p>
      <w:pPr>
        <w:spacing w:after="60"/>
      </w:pPr>
      <w:r>
        <w:rPr>
          <w:b/>
        </w:rPr>
        <w:t xml:space="preserve">4. </w:t>
      </w:r>
      <w:r>
        <w:t>Solve x+y=7,x-y=1.</w:t>
      </w:r>
    </w:p>
    <w:p>
      <w:pPr>
        <w:spacing w:after="60"/>
      </w:pPr>
      <w:r>
        <w:rPr>
          <w:b/>
        </w:rPr>
        <w:t xml:space="preserve">5. </w:t>
      </w:r>
      <w:r>
        <w:t>Find midpoint (2,6),(8,10).</w:t>
      </w:r>
    </w:p>
    <w:p>
      <w:pPr>
        <w:spacing w:after="60"/>
      </w:pPr>
      <w:r>
        <w:rPr>
          <w:b/>
        </w:rPr>
        <w:t xml:space="preserve">6. </w:t>
      </w:r>
      <w:r>
        <w:t>Find third angle of isosceles triangle if base angle 52°.</w:t>
      </w:r>
    </w:p>
    <w:p>
      <w:pPr>
        <w:spacing w:after="60"/>
      </w:pPr>
      <w:r>
        <w:rPr>
          <w:b/>
        </w:rPr>
        <w:t xml:space="preserve">7. </w:t>
      </w:r>
      <w:r>
        <w:t>Find area circle r=7.</w:t>
      </w:r>
    </w:p>
    <w:p>
      <w:pPr>
        <w:spacing w:after="60"/>
      </w:pPr>
      <w:r>
        <w:rPr>
          <w:b/>
        </w:rPr>
        <w:t xml:space="preserve">8. </w:t>
      </w:r>
      <w:r>
        <w:t>Find probability of blue from 5 red,3 blue,2 green.</w:t>
      </w:r>
    </w:p>
    <w:p>
      <w:r>
        <w:rPr>
          <w:b/>
          <w:color w:val="C65911"/>
          <w:sz w:val="23"/>
        </w:rPr>
        <w:t>Section B – Short Answer</w:t>
      </w:r>
    </w:p>
    <w:p>
      <w:pPr>
        <w:spacing w:after="60"/>
      </w:pPr>
      <w:r>
        <w:rPr>
          <w:b/>
        </w:rPr>
        <w:t xml:space="preserve">9. </w:t>
      </w:r>
      <w:r>
        <w:t>Find 8th term GP 5,10,20,...</w:t>
      </w:r>
    </w:p>
    <w:p>
      <w:pPr>
        <w:spacing w:after="60"/>
      </w:pPr>
      <w:r>
        <w:rPr>
          <w:b/>
        </w:rPr>
        <w:t xml:space="preserve">10. </w:t>
      </w:r>
      <w:r>
        <w:t>Factorise x²+9x+20.</w:t>
      </w:r>
    </w:p>
    <w:p>
      <w:pPr>
        <w:spacing w:after="60"/>
      </w:pPr>
      <w:r>
        <w:rPr>
          <w:b/>
        </w:rPr>
        <w:t xml:space="preserve">11. </w:t>
      </w:r>
      <w:r>
        <w:t>Find distance (-2,3),(4,3).</w:t>
      </w:r>
    </w:p>
    <w:p>
      <w:pPr>
        <w:spacing w:after="60"/>
      </w:pPr>
      <w:r>
        <w:rPr>
          <w:b/>
        </w:rPr>
        <w:t xml:space="preserve">12. </w:t>
      </w:r>
      <w:r>
        <w:t>A sector 60°, r21: find area.</w:t>
      </w:r>
    </w:p>
    <w:p>
      <w:pPr>
        <w:spacing w:after="60"/>
      </w:pPr>
      <w:r>
        <w:rPr>
          <w:b/>
        </w:rPr>
        <w:t xml:space="preserve">13. </w:t>
      </w:r>
      <w:r>
        <w:t>Find median 5,8,9,12,15,18,20.</w:t>
      </w:r>
    </w:p>
    <w:p>
      <w:r>
        <w:rPr>
          <w:b/>
          <w:color w:val="C65911"/>
          <w:sz w:val="23"/>
        </w:rPr>
        <w:t>Section C – Medium Answer</w:t>
      </w:r>
    </w:p>
    <w:p>
      <w:pPr>
        <w:spacing w:after="60"/>
      </w:pPr>
      <w:r>
        <w:rPr>
          <w:b/>
        </w:rPr>
        <w:t xml:space="preserve">14. </w:t>
      </w:r>
      <w:r>
        <w:t>Taxi y=50+12x: identify slope/intercept and fare at x=10.</w:t>
      </w:r>
    </w:p>
    <w:p>
      <w:pPr>
        <w:spacing w:after="60"/>
      </w:pPr>
      <w:r>
        <w:rPr>
          <w:b/>
        </w:rPr>
        <w:t xml:space="preserve">15. </w:t>
      </w:r>
      <w:r>
        <w:t>Use elimination: 3x+2y=16,x+2y=8.</w:t>
      </w:r>
    </w:p>
    <w:p>
      <w:pPr>
        <w:spacing w:after="60"/>
      </w:pPr>
      <w:r>
        <w:rPr>
          <w:b/>
        </w:rPr>
        <w:t xml:space="preserve">16. </w:t>
      </w:r>
      <w:r>
        <w:t>A triangular plot sides 13,14,15: find area.</w:t>
      </w:r>
    </w:p>
    <w:p>
      <w:pPr>
        <w:spacing w:after="60"/>
      </w:pPr>
      <w:r>
        <w:rPr>
          <w:b/>
        </w:rPr>
        <w:t xml:space="preserve">17. </w:t>
      </w:r>
      <w:r>
        <w:t>Cylinder r7,h10: find volume.</w:t>
      </w:r>
    </w:p>
    <w:p>
      <w:r>
        <w:rPr>
          <w:b/>
          <w:color w:val="C65911"/>
          <w:sz w:val="23"/>
        </w:rPr>
        <w:t>Section D – Long / Competency-Based</w:t>
      </w:r>
    </w:p>
    <w:p>
      <w:pPr>
        <w:spacing w:after="60"/>
      </w:pPr>
      <w:r>
        <w:rPr>
          <w:b/>
        </w:rPr>
        <w:t xml:space="preserve">18. </w:t>
      </w:r>
      <w:r>
        <w:t>Case study: theatre first row24 seats, +3 each row. Find row20 and increase from row1.</w:t>
      </w:r>
    </w:p>
    <w:p>
      <w:pPr>
        <w:spacing w:after="60"/>
      </w:pPr>
      <w:r>
        <w:rPr>
          <w:b/>
        </w:rPr>
        <w:t xml:space="preserve">19. </w:t>
      </w:r>
      <w:r>
        <w:t>Map A(2,1),B(8,1),C(8,9): find lengths/area/classify.</w:t>
      </w:r>
    </w:p>
    <w:p>
      <w:pPr>
        <w:spacing w:after="60"/>
      </w:pPr>
      <w:r>
        <w:rPr>
          <w:b/>
        </w:rPr>
        <w:t xml:space="preserve">20. </w:t>
      </w:r>
      <w:r>
        <w:t>Scores 12,15,18,15,20,15,17,18,15,19: find mean, median, mode.</w:t>
      </w:r>
    </w:p>
    <w:p>
      <w:r>
        <w:br w:type="page"/>
      </w:r>
    </w:p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9 Mathematics – Worksheet 5</w:t>
      </w:r>
    </w:p>
    <w:p>
      <w:pPr>
        <w:jc w:val="center"/>
      </w:pPr>
      <w:r>
        <w:rPr>
          <w:b/>
          <w:color w:val="C65911"/>
          <w:sz w:val="28"/>
        </w:rPr>
        <w:t>Mixed Syllabus – Set 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Number systems; polynomials; sequences; linear equations; coordinate geometry; geometry; mensuration; statistics; probability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 | 20 Questions</w:t>
            </w:r>
          </w:p>
        </w:tc>
      </w:tr>
    </w:tbl>
    <w:p/>
    <w:p>
      <w:r>
        <w:rPr>
          <w:b/>
          <w:color w:val="C65911"/>
          <w:sz w:val="23"/>
        </w:rPr>
        <w:t>Section A – Very Short / Objective</w:t>
      </w:r>
    </w:p>
    <w:p>
      <w:pPr>
        <w:spacing w:after="60"/>
      </w:pPr>
      <w:r>
        <w:rPr>
          <w:b/>
        </w:rPr>
        <w:t xml:space="preserve">1. </w:t>
      </w:r>
      <w:r>
        <w:t>Classify √7.</w:t>
      </w:r>
    </w:p>
    <w:p>
      <w:pPr>
        <w:spacing w:after="60"/>
      </w:pPr>
      <w:r>
        <w:rPr>
          <w:b/>
        </w:rPr>
        <w:t xml:space="preserve">2. </w:t>
      </w:r>
      <w:r>
        <w:t>Find degree of 5x³-2x+7.</w:t>
      </w:r>
    </w:p>
    <w:p>
      <w:pPr>
        <w:spacing w:after="60"/>
      </w:pPr>
      <w:r>
        <w:rPr>
          <w:b/>
        </w:rPr>
        <w:t xml:space="preserve">3. </w:t>
      </w:r>
      <w:r>
        <w:t>Find 25th term AP 4,9,14,...</w:t>
      </w:r>
    </w:p>
    <w:p>
      <w:pPr>
        <w:spacing w:after="60"/>
      </w:pPr>
      <w:r>
        <w:rPr>
          <w:b/>
        </w:rPr>
        <w:t xml:space="preserve">4. </w:t>
      </w:r>
      <w:r>
        <w:t>Solve x+y=7,x-y=1.</w:t>
      </w:r>
    </w:p>
    <w:p>
      <w:pPr>
        <w:spacing w:after="60"/>
      </w:pPr>
      <w:r>
        <w:rPr>
          <w:b/>
        </w:rPr>
        <w:t xml:space="preserve">5. </w:t>
      </w:r>
      <w:r>
        <w:t>Find midpoint (2,6),(8,10).</w:t>
      </w:r>
    </w:p>
    <w:p>
      <w:pPr>
        <w:spacing w:after="60"/>
      </w:pPr>
      <w:r>
        <w:rPr>
          <w:b/>
        </w:rPr>
        <w:t xml:space="preserve">6. </w:t>
      </w:r>
      <w:r>
        <w:t>Find third angle of isosceles triangle if base angle 52°.</w:t>
      </w:r>
    </w:p>
    <w:p>
      <w:pPr>
        <w:spacing w:after="60"/>
      </w:pPr>
      <w:r>
        <w:rPr>
          <w:b/>
        </w:rPr>
        <w:t xml:space="preserve">7. </w:t>
      </w:r>
      <w:r>
        <w:t>Find area circle r=7.</w:t>
      </w:r>
    </w:p>
    <w:p>
      <w:pPr>
        <w:spacing w:after="60"/>
      </w:pPr>
      <w:r>
        <w:rPr>
          <w:b/>
        </w:rPr>
        <w:t xml:space="preserve">8. </w:t>
      </w:r>
      <w:r>
        <w:t>Find probability of blue from 5 red,3 blue,2 green.</w:t>
      </w:r>
    </w:p>
    <w:p>
      <w:r>
        <w:rPr>
          <w:b/>
          <w:color w:val="C65911"/>
          <w:sz w:val="23"/>
        </w:rPr>
        <w:t>Section B – Short Answer</w:t>
      </w:r>
    </w:p>
    <w:p>
      <w:pPr>
        <w:spacing w:after="60"/>
      </w:pPr>
      <w:r>
        <w:rPr>
          <w:b/>
        </w:rPr>
        <w:t xml:space="preserve">9. </w:t>
      </w:r>
      <w:r>
        <w:t>Find 8th term GP 5,10,20,...</w:t>
      </w:r>
    </w:p>
    <w:p>
      <w:pPr>
        <w:spacing w:after="60"/>
      </w:pPr>
      <w:r>
        <w:rPr>
          <w:b/>
        </w:rPr>
        <w:t xml:space="preserve">10. </w:t>
      </w:r>
      <w:r>
        <w:t>Factorise x²+9x+20.</w:t>
      </w:r>
    </w:p>
    <w:p>
      <w:pPr>
        <w:spacing w:after="60"/>
      </w:pPr>
      <w:r>
        <w:rPr>
          <w:b/>
        </w:rPr>
        <w:t xml:space="preserve">11. </w:t>
      </w:r>
      <w:r>
        <w:t>Find distance (-2,3),(4,3).</w:t>
      </w:r>
    </w:p>
    <w:p>
      <w:pPr>
        <w:spacing w:after="60"/>
      </w:pPr>
      <w:r>
        <w:rPr>
          <w:b/>
        </w:rPr>
        <w:t xml:space="preserve">12. </w:t>
      </w:r>
      <w:r>
        <w:t>A sector 60°, r21: find area.</w:t>
      </w:r>
    </w:p>
    <w:p>
      <w:pPr>
        <w:spacing w:after="60"/>
      </w:pPr>
      <w:r>
        <w:rPr>
          <w:b/>
        </w:rPr>
        <w:t xml:space="preserve">13. </w:t>
      </w:r>
      <w:r>
        <w:t>Find median 5,8,9,12,15,18,20.</w:t>
      </w:r>
    </w:p>
    <w:p>
      <w:r>
        <w:rPr>
          <w:b/>
          <w:color w:val="C65911"/>
          <w:sz w:val="23"/>
        </w:rPr>
        <w:t>Section C – Medium Answer</w:t>
      </w:r>
    </w:p>
    <w:p>
      <w:pPr>
        <w:spacing w:after="60"/>
      </w:pPr>
      <w:r>
        <w:rPr>
          <w:b/>
        </w:rPr>
        <w:t xml:space="preserve">14. </w:t>
      </w:r>
      <w:r>
        <w:t>Taxi y=50+12x: identify slope/intercept and fare at x=10.</w:t>
      </w:r>
    </w:p>
    <w:p>
      <w:pPr>
        <w:spacing w:after="60"/>
      </w:pPr>
      <w:r>
        <w:rPr>
          <w:b/>
        </w:rPr>
        <w:t xml:space="preserve">15. </w:t>
      </w:r>
      <w:r>
        <w:t>Use elimination: 3x+2y=16,x+2y=8.</w:t>
      </w:r>
    </w:p>
    <w:p>
      <w:pPr>
        <w:spacing w:after="60"/>
      </w:pPr>
      <w:r>
        <w:rPr>
          <w:b/>
        </w:rPr>
        <w:t xml:space="preserve">16. </w:t>
      </w:r>
      <w:r>
        <w:t>A triangular plot sides 13,14,15: find area.</w:t>
      </w:r>
    </w:p>
    <w:p>
      <w:pPr>
        <w:spacing w:after="60"/>
      </w:pPr>
      <w:r>
        <w:rPr>
          <w:b/>
        </w:rPr>
        <w:t xml:space="preserve">17. </w:t>
      </w:r>
      <w:r>
        <w:t>Cylinder r7,h10: find volume.</w:t>
      </w:r>
    </w:p>
    <w:p>
      <w:r>
        <w:rPr>
          <w:b/>
          <w:color w:val="C65911"/>
          <w:sz w:val="23"/>
        </w:rPr>
        <w:t>Section D – Long / Competency-Based</w:t>
      </w:r>
    </w:p>
    <w:p>
      <w:pPr>
        <w:spacing w:after="60"/>
      </w:pPr>
      <w:r>
        <w:rPr>
          <w:b/>
        </w:rPr>
        <w:t xml:space="preserve">18. </w:t>
      </w:r>
      <w:r>
        <w:t>Case study: theatre first row24 seats, +3 each row. Find row20 and increase from row1.</w:t>
      </w:r>
    </w:p>
    <w:p>
      <w:pPr>
        <w:spacing w:after="60"/>
      </w:pPr>
      <w:r>
        <w:rPr>
          <w:b/>
        </w:rPr>
        <w:t xml:space="preserve">19. </w:t>
      </w:r>
      <w:r>
        <w:t>Map A(2,1),B(8,1),C(8,9): find lengths/area/classify.</w:t>
      </w:r>
    </w:p>
    <w:p>
      <w:pPr>
        <w:spacing w:after="60"/>
      </w:pPr>
      <w:r>
        <w:rPr>
          <w:b/>
        </w:rPr>
        <w:t xml:space="preserve">20. </w:t>
      </w:r>
      <w:r>
        <w:t>Scores 12,15,18,15,20,15,17,18,15,19: find mean, median, mode.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EazyMaths.in | Learn • Practice • Master Maths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